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6DDB5" w14:textId="60A30439" w:rsidR="00F134D3" w:rsidRPr="00107787" w:rsidRDefault="00000000" w:rsidP="00107787">
      <w:pPr>
        <w:pStyle w:val="Tytu"/>
        <w:jc w:val="center"/>
        <w:rPr>
          <w:lang w:val="pl-PL"/>
        </w:rPr>
      </w:pPr>
      <w:r w:rsidRPr="00107787">
        <w:rPr>
          <w:lang w:val="pl-PL"/>
        </w:rPr>
        <w:t>Wymagania edukacyjne z przedmiotu Plastyka</w:t>
      </w:r>
    </w:p>
    <w:p w14:paraId="12043350" w14:textId="77777777" w:rsidR="00F134D3" w:rsidRPr="00107787" w:rsidRDefault="00000000">
      <w:pPr>
        <w:jc w:val="center"/>
        <w:rPr>
          <w:lang w:val="pl-PL"/>
        </w:rPr>
      </w:pPr>
      <w:r w:rsidRPr="00107787">
        <w:rPr>
          <w:b/>
          <w:sz w:val="26"/>
          <w:lang w:val="pl-PL"/>
        </w:rPr>
        <w:t>Klasa 5</w:t>
      </w:r>
    </w:p>
    <w:p w14:paraId="46312D46" w14:textId="1DC63B95" w:rsidR="00F134D3" w:rsidRPr="00107787" w:rsidRDefault="00000000">
      <w:pPr>
        <w:spacing w:after="80"/>
        <w:rPr>
          <w:lang w:val="pl-PL"/>
        </w:rPr>
      </w:pPr>
      <w:r w:rsidRPr="00107787">
        <w:rPr>
          <w:lang w:val="pl-PL"/>
        </w:rPr>
        <w:t xml:space="preserve">Wymagania edukacyjne </w:t>
      </w:r>
      <w:r w:rsidR="00107787">
        <w:rPr>
          <w:lang w:val="pl-PL"/>
        </w:rPr>
        <w:t>s</w:t>
      </w:r>
      <w:r w:rsidRPr="00107787">
        <w:rPr>
          <w:lang w:val="pl-PL"/>
        </w:rPr>
        <w:t xml:space="preserve">formułowane są w oparciu o podstawę programową oraz Program nauczania plastyki w klasach 4-7 szkoły podstawowej „Do dzieła!” autorstwa Jadwigi Lukas, Krystyny </w:t>
      </w:r>
      <w:proofErr w:type="spellStart"/>
      <w:r w:rsidRPr="00107787">
        <w:rPr>
          <w:lang w:val="pl-PL"/>
        </w:rPr>
        <w:t>Onak</w:t>
      </w:r>
      <w:proofErr w:type="spellEnd"/>
      <w:r w:rsidRPr="00107787">
        <w:rPr>
          <w:lang w:val="pl-PL"/>
        </w:rPr>
        <w:t xml:space="preserve">, Marty </w:t>
      </w:r>
      <w:proofErr w:type="spellStart"/>
      <w:r w:rsidRPr="00107787">
        <w:rPr>
          <w:lang w:val="pl-PL"/>
        </w:rPr>
        <w:t>Ipczyńskiej</w:t>
      </w:r>
      <w:proofErr w:type="spellEnd"/>
      <w:r w:rsidRPr="00107787">
        <w:rPr>
          <w:lang w:val="pl-PL"/>
        </w:rPr>
        <w:t xml:space="preserve"> i Natalii </w:t>
      </w:r>
      <w:proofErr w:type="spellStart"/>
      <w:r w:rsidRPr="00107787">
        <w:rPr>
          <w:lang w:val="pl-PL"/>
        </w:rPr>
        <w:t>Mrozkowiak</w:t>
      </w:r>
      <w:proofErr w:type="spellEnd"/>
      <w:r w:rsidRPr="00107787">
        <w:rPr>
          <w:lang w:val="pl-PL"/>
        </w:rPr>
        <w:t xml:space="preserve"> (NOWA ERA).</w:t>
      </w:r>
    </w:p>
    <w:p w14:paraId="556EFBFF" w14:textId="77777777" w:rsidR="00107787" w:rsidRDefault="00107787">
      <w:pPr>
        <w:rPr>
          <w:lang w:val="pl-PL"/>
        </w:rPr>
      </w:pPr>
    </w:p>
    <w:p w14:paraId="66C15F34" w14:textId="68E5DD7D" w:rsidR="00F134D3" w:rsidRPr="00107787" w:rsidRDefault="00000000">
      <w:pPr>
        <w:rPr>
          <w:lang w:val="pl-PL"/>
        </w:rPr>
      </w:pPr>
      <w:r w:rsidRPr="00107787">
        <w:rPr>
          <w:b/>
          <w:lang w:val="pl-PL"/>
        </w:rPr>
        <w:t>Przy ustalaniu oceny nauczyciel bierze po uwagę:</w:t>
      </w:r>
    </w:p>
    <w:p w14:paraId="236E3585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indywidualne możliwości i właściwości psychofizyczne każdego ucznia - wkład pracy, zaangażowanie i wysiłek wkładany przez ucznia niezbędny do realizacji określonych zadań plastycznych i innych obowiązków wynikających ze specyfiki zajęć,</w:t>
      </w:r>
    </w:p>
    <w:p w14:paraId="5607EACF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poziom wiedzy i umiejętności w zakresie różnych form aktywności plastycznej i wiadomości z teorii plastyki,</w:t>
      </w:r>
    </w:p>
    <w:p w14:paraId="08C7E995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pozytywną postawę wobec przedmiotu - aktywne uczestnictwo w zajęciach,</w:t>
      </w:r>
    </w:p>
    <w:p w14:paraId="7858BF8F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przygotowanie do zajęć - przynoszenie na lekcje odpowiednich materiałów i przyborów, przestrzeganie zasad BHP podczas posługiwania się narzędziami, efektywne gospodarowanie czasem przeznaczonym na ćwiczenia plastyczne, a także zachowywanie porządku w swoim miejscu pracy – zarówno podczas zajęć, jak i po ich zakończeniu,</w:t>
      </w:r>
    </w:p>
    <w:p w14:paraId="7FB9C742" w14:textId="519F0748" w:rsidR="00F134D3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podejmowanie przez ucznia dodatkowych zadań plastycznych, włączanie się w życie artystyczne szkoły i środowiska - dobre wyniki osiągane w konkursach plastycznych, wykonywanie ponadobowiązkowych prac plastycznych, przygotowywanie gazetek szkolnych lub informacji wzbogacających proces lekcyjny na podstawie różnych źródeł.</w:t>
      </w:r>
    </w:p>
    <w:p w14:paraId="2D530F2E" w14:textId="77777777" w:rsidR="00107787" w:rsidRPr="00107787" w:rsidRDefault="00107787" w:rsidP="00107787">
      <w:pPr>
        <w:pStyle w:val="Listapunktowana"/>
        <w:numPr>
          <w:ilvl w:val="0"/>
          <w:numId w:val="0"/>
        </w:numPr>
        <w:spacing w:after="40"/>
        <w:ind w:left="360"/>
        <w:rPr>
          <w:lang w:val="pl-PL"/>
        </w:rPr>
      </w:pPr>
    </w:p>
    <w:p w14:paraId="151E27FD" w14:textId="77777777" w:rsidR="00F134D3" w:rsidRPr="00107787" w:rsidRDefault="00000000">
      <w:pPr>
        <w:rPr>
          <w:lang w:val="pl-PL"/>
        </w:rPr>
      </w:pPr>
      <w:r w:rsidRPr="00107787">
        <w:rPr>
          <w:b/>
          <w:lang w:val="pl-PL"/>
        </w:rPr>
        <w:t>Metody kontroli i oceny osiągnięć uczniów z przedmiotu – plastyka oceny wystawiane są za:</w:t>
      </w:r>
    </w:p>
    <w:p w14:paraId="40F0D5E0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umiejętności w zakresie różnych form aktywności plastycznej – ćwiczenia, zadania, prace plastyczne wykonane za pomocą różnych technik i materiałów plastycznych</w:t>
      </w:r>
    </w:p>
    <w:p w14:paraId="7249B85B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zgodność pracy z tematem lekcji, poprawność wykorzystanych układów kompozycyjnych, trafność doboru środków artystycznego wyrazu, pomysłowość w doborze materiałów i narzędzi, stosowanie niekonwencjonalnych, twórczych rozwiązań, oryginalność realizacji danego tematu oraz estetyka pracy (ostatnie kryterium nie dotyczy uczniów cierpiących na różne dysfunkcje).</w:t>
      </w:r>
    </w:p>
    <w:p w14:paraId="11326DED" w14:textId="77777777" w:rsidR="00F134D3" w:rsidRDefault="00000000">
      <w:pPr>
        <w:pStyle w:val="Listapunktowana"/>
        <w:spacing w:after="40"/>
      </w:pPr>
      <w:proofErr w:type="spellStart"/>
      <w:r>
        <w:t>wiadomości</w:t>
      </w:r>
      <w:proofErr w:type="spellEnd"/>
      <w:r>
        <w:t xml:space="preserve"> z </w:t>
      </w:r>
      <w:proofErr w:type="spellStart"/>
      <w:r>
        <w:t>zakresu</w:t>
      </w:r>
      <w:proofErr w:type="spellEnd"/>
      <w:r>
        <w:t>:</w:t>
      </w:r>
    </w:p>
    <w:p w14:paraId="56AFE21B" w14:textId="77777777" w:rsidR="00F134D3" w:rsidRPr="00107787" w:rsidRDefault="00000000">
      <w:pPr>
        <w:pStyle w:val="Listapunktowana2"/>
        <w:spacing w:after="40"/>
        <w:rPr>
          <w:lang w:val="pl-PL"/>
        </w:rPr>
      </w:pPr>
      <w:r w:rsidRPr="00107787">
        <w:rPr>
          <w:lang w:val="pl-PL"/>
        </w:rPr>
        <w:t>znajomości wiedzy o środkach wyrazu plastycznego ( zagadnienia i terminy plastyczne, np. kreska, faktura, barwa, kontrast, walor, światło, kształt, bryła)</w:t>
      </w:r>
    </w:p>
    <w:p w14:paraId="34820AD0" w14:textId="77777777" w:rsidR="00F134D3" w:rsidRPr="00107787" w:rsidRDefault="00000000">
      <w:pPr>
        <w:pStyle w:val="Listapunktowana2"/>
        <w:spacing w:after="40"/>
        <w:rPr>
          <w:lang w:val="pl-PL"/>
        </w:rPr>
      </w:pPr>
      <w:r w:rsidRPr="00107787">
        <w:rPr>
          <w:lang w:val="pl-PL"/>
        </w:rPr>
        <w:t>wiedza o sztuce ( znajomość najważniejszych epok i kierunków w sztuce, charakterystycznych twórców i dzieł na przestrzeni wieków)</w:t>
      </w:r>
    </w:p>
    <w:p w14:paraId="7BE5A1B4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postawa w zakresie przedmiotu - zaangażowanie, aktywność na lekcjach, organizacja pracy,</w:t>
      </w:r>
    </w:p>
    <w:p w14:paraId="7576064D" w14:textId="77777777" w:rsidR="00107787" w:rsidRDefault="00107787">
      <w:pPr>
        <w:spacing w:after="80"/>
        <w:rPr>
          <w:lang w:val="pl-PL"/>
        </w:rPr>
      </w:pPr>
    </w:p>
    <w:p w14:paraId="55AD9834" w14:textId="667A1B4B" w:rsidR="00F134D3" w:rsidRPr="00107787" w:rsidRDefault="00000000">
      <w:pPr>
        <w:spacing w:after="80"/>
        <w:rPr>
          <w:lang w:val="pl-PL"/>
        </w:rPr>
      </w:pPr>
      <w:r w:rsidRPr="00107787">
        <w:rPr>
          <w:lang w:val="pl-PL"/>
        </w:rPr>
        <w:t xml:space="preserve">Ocena semestralna i </w:t>
      </w:r>
      <w:proofErr w:type="spellStart"/>
      <w:r w:rsidRPr="00107787">
        <w:rPr>
          <w:lang w:val="pl-PL"/>
        </w:rPr>
        <w:t>końcoworoczna</w:t>
      </w:r>
      <w:proofErr w:type="spellEnd"/>
      <w:r w:rsidRPr="00107787">
        <w:rPr>
          <w:lang w:val="pl-PL"/>
        </w:rPr>
        <w:t xml:space="preserve"> jest wyznacznikiem wiedzy, umiejętności i postaw ucznia w zakresie</w:t>
      </w:r>
    </w:p>
    <w:p w14:paraId="7FB4E8F0" w14:textId="77777777" w:rsidR="00F134D3" w:rsidRPr="00107787" w:rsidRDefault="00000000">
      <w:pPr>
        <w:spacing w:after="80"/>
        <w:rPr>
          <w:lang w:val="pl-PL"/>
        </w:rPr>
      </w:pPr>
      <w:r w:rsidRPr="00107787">
        <w:rPr>
          <w:lang w:val="pl-PL"/>
        </w:rPr>
        <w:t>przedmiotu. Wynika z ocen cząstkowych zdobytych przez ucznia w danym semestrze.</w:t>
      </w:r>
    </w:p>
    <w:p w14:paraId="5A594E86" w14:textId="77777777" w:rsidR="00F134D3" w:rsidRPr="00107787" w:rsidRDefault="00000000">
      <w:pPr>
        <w:pStyle w:val="Nagwek1"/>
        <w:rPr>
          <w:lang w:val="pl-PL"/>
        </w:rPr>
      </w:pPr>
      <w:r w:rsidRPr="00107787">
        <w:rPr>
          <w:lang w:val="pl-PL"/>
        </w:rPr>
        <w:lastRenderedPageBreak/>
        <w:t>Stopnie szkolne</w:t>
      </w:r>
    </w:p>
    <w:p w14:paraId="2F2656F4" w14:textId="77777777" w:rsidR="00F134D3" w:rsidRPr="00107787" w:rsidRDefault="00000000">
      <w:pPr>
        <w:pStyle w:val="Nagwek2"/>
        <w:rPr>
          <w:lang w:val="pl-PL"/>
        </w:rPr>
      </w:pPr>
      <w:r w:rsidRPr="00107787">
        <w:rPr>
          <w:lang w:val="pl-PL"/>
        </w:rPr>
        <w:t>Ocenę celującą otrzymuje uczeń, który:</w:t>
      </w:r>
    </w:p>
    <w:p w14:paraId="6CE2942C" w14:textId="77777777" w:rsidR="00F134D3" w:rsidRPr="00107787" w:rsidRDefault="00000000">
      <w:pPr>
        <w:spacing w:after="80"/>
        <w:rPr>
          <w:lang w:val="pl-PL"/>
        </w:rPr>
      </w:pPr>
      <w:r w:rsidRPr="00107787">
        <w:rPr>
          <w:lang w:val="pl-PL"/>
        </w:rPr>
        <w:t>Realizuje wymagania podstawowe i ponadpodstawowe.</w:t>
      </w:r>
    </w:p>
    <w:p w14:paraId="4B5B4B67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posiada wiedzę i umiejętności znacznie wykraczające poza wymagania określone w programie nauczania,</w:t>
      </w:r>
    </w:p>
    <w:p w14:paraId="08688C28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przejawia szczególne zainteresowania sztukami plastycznymi (np. kolekcjonuje reprodukcje i książki o sztuce, przygotowuje referaty i pomoce dydaktyczne, uczęszcza do galerii, muzeów itp.) oraz talent,</w:t>
      </w:r>
    </w:p>
    <w:p w14:paraId="2DD596ED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aktywnie uczestniczy w zajęciach pozalekcyjnych plastycznych,</w:t>
      </w:r>
    </w:p>
    <w:p w14:paraId="760BC501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wykonuje w sposób kompletny, estetyczny i zgodny z tematem oraz określonymi środkami plastycznymi wszelkie zadania, ćwiczenia i prace plastyczne, ponadto chętnie eksperymentuje z technikami plastycznymi,</w:t>
      </w:r>
    </w:p>
    <w:p w14:paraId="3C91BF6F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bierze udział w pozaszkolnych konkursach plastycznych i odnosi w nich sukcesy,</w:t>
      </w:r>
    </w:p>
    <w:p w14:paraId="3E69D9C5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analizuje i interpretuje dowolne dzieła sztuki oraz uzasadnia ich wartość artystyczną,</w:t>
      </w:r>
    </w:p>
    <w:p w14:paraId="7DD4293D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wykazuje zaangażowanie i twórczą inicjatywę we wszelkich działaniach plastycznych na terenie szkoły, aktywnie uczestniczy w jej życiu kulturalnym i regionu.</w:t>
      </w:r>
    </w:p>
    <w:p w14:paraId="4F3EFEB9" w14:textId="77777777" w:rsidR="00F134D3" w:rsidRPr="00107787" w:rsidRDefault="00000000">
      <w:pPr>
        <w:pStyle w:val="Nagwek2"/>
        <w:rPr>
          <w:lang w:val="pl-PL"/>
        </w:rPr>
      </w:pPr>
      <w:r w:rsidRPr="00107787">
        <w:rPr>
          <w:lang w:val="pl-PL"/>
        </w:rPr>
        <w:t>Ocenę bardzo dobrą otrzymuje uczeń, który:</w:t>
      </w:r>
    </w:p>
    <w:p w14:paraId="3EBED8E6" w14:textId="77777777" w:rsidR="00F134D3" w:rsidRDefault="00000000">
      <w:pPr>
        <w:spacing w:after="80"/>
      </w:pPr>
      <w:proofErr w:type="spellStart"/>
      <w:r>
        <w:t>Realizuje</w:t>
      </w:r>
      <w:proofErr w:type="spellEnd"/>
      <w:r>
        <w:t xml:space="preserve"> </w:t>
      </w:r>
      <w:proofErr w:type="spellStart"/>
      <w:r>
        <w:t>wymagania</w:t>
      </w:r>
      <w:proofErr w:type="spellEnd"/>
      <w:r>
        <w:t xml:space="preserve"> </w:t>
      </w:r>
      <w:proofErr w:type="spellStart"/>
      <w:r>
        <w:t>podstawowe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ponadpodstawowe</w:t>
      </w:r>
    </w:p>
    <w:p w14:paraId="3A93B34A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opanował wszystkie określone w programie nauczania wiadomości i umiejętności oraz wykorzystuje je w działaniach plastycznych,</w:t>
      </w:r>
    </w:p>
    <w:p w14:paraId="4F51FF84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bierze udział w dyskusjach na temat prezentowanych obiektów, podczas których przekonująco uzasadnia swoje poglądy,</w:t>
      </w:r>
    </w:p>
    <w:p w14:paraId="17C4386F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stosuje z powodzeniem wiedzę teoretyczną, wykonując ćwiczenia praktyczne,</w:t>
      </w:r>
    </w:p>
    <w:p w14:paraId="5DB5A6C1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prawnie operuje wybraną techniką plastyczną,</w:t>
      </w:r>
    </w:p>
    <w:p w14:paraId="1CCB2F4E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chętnie uczestniczy w różnorodnych działaniach plastycznych na terenie szkoły i poza nią (startuje w konkursach plastycznych, wykonuje gazetki szkolne i oprawę plastyczną imprez, należy do koła zainteresowań),</w:t>
      </w:r>
    </w:p>
    <w:p w14:paraId="39E27A1C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analizuje i porównuje dzieła sztuki oraz wyraża własne opinie na ich temat,</w:t>
      </w:r>
    </w:p>
    <w:p w14:paraId="4073558B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uzupełnia wiadomości samodzielnie dobranymi lub wskazanymi przez nauczyciela lekturami.</w:t>
      </w:r>
    </w:p>
    <w:p w14:paraId="23A59961" w14:textId="77777777" w:rsidR="00F134D3" w:rsidRPr="00107787" w:rsidRDefault="00F134D3">
      <w:pPr>
        <w:pStyle w:val="Listapunktowana"/>
        <w:spacing w:after="40"/>
        <w:rPr>
          <w:lang w:val="pl-PL"/>
        </w:rPr>
      </w:pPr>
    </w:p>
    <w:p w14:paraId="22F9D696" w14:textId="77777777" w:rsidR="00F134D3" w:rsidRPr="00107787" w:rsidRDefault="00000000">
      <w:pPr>
        <w:pStyle w:val="Nagwek2"/>
        <w:rPr>
          <w:lang w:val="pl-PL"/>
        </w:rPr>
      </w:pPr>
      <w:r w:rsidRPr="00107787">
        <w:rPr>
          <w:lang w:val="pl-PL"/>
        </w:rPr>
        <w:t>Ocenę dobrą otrzymuje uczeń, który:</w:t>
      </w:r>
    </w:p>
    <w:p w14:paraId="65AA02BF" w14:textId="77777777" w:rsidR="00F134D3" w:rsidRPr="00107787" w:rsidRDefault="00000000">
      <w:pPr>
        <w:spacing w:after="80"/>
        <w:rPr>
          <w:lang w:val="pl-PL"/>
        </w:rPr>
      </w:pPr>
      <w:r w:rsidRPr="00107787">
        <w:rPr>
          <w:lang w:val="pl-PL"/>
        </w:rPr>
        <w:t>Realizuje wymagania podstawowe i w niepełnym zakresie ponadpodstawowe</w:t>
      </w:r>
    </w:p>
    <w:p w14:paraId="46383373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potrafi wykorzystać w praktyce zdobytą wiedzę i umiejętności,</w:t>
      </w:r>
    </w:p>
    <w:p w14:paraId="751AA95A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zawsze przynosi na lekcje potrzebne materiały i dba o estetykę swojego miejsca pracy,</w:t>
      </w:r>
    </w:p>
    <w:p w14:paraId="1ADFD516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właściwie posługuje się terminologią plastyczną i samodzielnie rozwiązuje typowe problemy,</w:t>
      </w:r>
    </w:p>
    <w:p w14:paraId="17FE7C58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wkłada dużo wysiłku w wykonywane zadania i systematycznie pracuje na lekcjach,</w:t>
      </w:r>
    </w:p>
    <w:p w14:paraId="18F4FD29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świadomie wykorzystuje środki plastyczne i stosuje różnorodne, nietypowe techniki plastyczne, odpowiednio posługuje się przyborami i narzędziami oraz wykonuje prace plastyczne poprawne pod względem technicznym i estetycznym.</w:t>
      </w:r>
    </w:p>
    <w:p w14:paraId="09A0C26C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aktywnie uczestniczy w zajęciach (udział w dyskusjach na temat prezentowanych obiektów, staranne wykonywanie ćwiczeń obligatoryjnych),</w:t>
      </w:r>
    </w:p>
    <w:p w14:paraId="774F695F" w14:textId="77777777" w:rsidR="00F134D3" w:rsidRPr="00107787" w:rsidRDefault="00000000">
      <w:pPr>
        <w:pStyle w:val="Nagwek2"/>
        <w:rPr>
          <w:lang w:val="pl-PL"/>
        </w:rPr>
      </w:pPr>
      <w:r w:rsidRPr="00107787">
        <w:rPr>
          <w:lang w:val="pl-PL"/>
        </w:rPr>
        <w:t>Ocenę dobrą otrzymuje uczeń, który:</w:t>
      </w:r>
    </w:p>
    <w:p w14:paraId="3C8A4DEF" w14:textId="77777777" w:rsidR="00F134D3" w:rsidRPr="00107787" w:rsidRDefault="00000000">
      <w:pPr>
        <w:spacing w:after="80"/>
        <w:rPr>
          <w:lang w:val="pl-PL"/>
        </w:rPr>
      </w:pPr>
      <w:r w:rsidRPr="00107787">
        <w:rPr>
          <w:lang w:val="pl-PL"/>
        </w:rPr>
        <w:t>Realizuje wymagania podstawowe i w niepełnym zakresie ponadpodstawowe</w:t>
      </w:r>
    </w:p>
    <w:p w14:paraId="20DC9D5F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potrafi wykorzystać w praktyce zdobytą wiedzę i umiejętności,</w:t>
      </w:r>
    </w:p>
    <w:p w14:paraId="4A8E0D4B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zawsze przynosi na lekcje potrzebne materiały i dba o estetykę swojego miejsca pracy,</w:t>
      </w:r>
    </w:p>
    <w:p w14:paraId="46A0D089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właściwie posługuje się terminologią plastyczną i samodzielnie rozwiązuje typowe problemy,</w:t>
      </w:r>
    </w:p>
    <w:p w14:paraId="226CECE4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wkłada dużo wysiłku w wykonywane zadania i systematycznie pracuje na lekcjach,</w:t>
      </w:r>
    </w:p>
    <w:p w14:paraId="47C8A77E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świadomie wykorzystuje środki plastyczne i stosuje różnorodne, nietypowe techniki plastyczne, odpowiednio posługuje się przyborami i narzędziami oraz wykonuje prace plastyczne poprawne pod względem technicznym i estetycznym.</w:t>
      </w:r>
    </w:p>
    <w:p w14:paraId="77CE5D3E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aktywnie uczestniczy w zajęciach (udział w dyskusjach na temat prezentowanych obiektów, staranne wykonywanie ćwiczeń obligatoryjnych),</w:t>
      </w:r>
    </w:p>
    <w:p w14:paraId="42DC16DF" w14:textId="77777777" w:rsidR="00F134D3" w:rsidRPr="00107787" w:rsidRDefault="00000000">
      <w:pPr>
        <w:pStyle w:val="Nagwek2"/>
        <w:rPr>
          <w:lang w:val="pl-PL"/>
        </w:rPr>
      </w:pPr>
      <w:r w:rsidRPr="00107787">
        <w:rPr>
          <w:lang w:val="pl-PL"/>
        </w:rPr>
        <w:t>Ocenę dostateczną otrzymuje uczeń, który:</w:t>
      </w:r>
    </w:p>
    <w:p w14:paraId="106652E3" w14:textId="77777777" w:rsidR="00F134D3" w:rsidRDefault="00000000">
      <w:pPr>
        <w:spacing w:after="80"/>
      </w:pPr>
      <w:proofErr w:type="spellStart"/>
      <w:r>
        <w:t>Realizuje</w:t>
      </w:r>
      <w:proofErr w:type="spellEnd"/>
      <w:r>
        <w:t xml:space="preserve"> </w:t>
      </w:r>
      <w:proofErr w:type="spellStart"/>
      <w:r>
        <w:t>wymagania</w:t>
      </w:r>
      <w:proofErr w:type="spellEnd"/>
      <w:r>
        <w:t xml:space="preserve"> </w:t>
      </w:r>
      <w:proofErr w:type="spellStart"/>
      <w:r>
        <w:t>podstawowe</w:t>
      </w:r>
      <w:proofErr w:type="spellEnd"/>
    </w:p>
    <w:p w14:paraId="40869B31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w stopniu średnim opanował materiał objęty programem nauczania (braki w wiadomościach o charakterze szczegółowym),</w:t>
      </w:r>
    </w:p>
    <w:p w14:paraId="06FC80A5" w14:textId="77777777" w:rsidR="00F134D3" w:rsidRPr="00107787" w:rsidRDefault="00000000">
      <w:pPr>
        <w:pStyle w:val="Listapunktowana"/>
        <w:spacing w:after="40"/>
        <w:rPr>
          <w:lang w:val="pl-PL"/>
        </w:rPr>
      </w:pPr>
      <w:r w:rsidRPr="00107787">
        <w:rPr>
          <w:lang w:val="pl-PL"/>
        </w:rPr>
        <w:t>samodzielnie rozwiązuje zadania plastyczne o niewielkim stopniu trudności,</w:t>
      </w:r>
    </w:p>
    <w:p w14:paraId="1FDFE541" w14:textId="77777777" w:rsidR="00F134D3" w:rsidRPr="00107787" w:rsidRDefault="00000000">
      <w:pPr>
        <w:rPr>
          <w:lang w:val="pl-PL"/>
        </w:rPr>
      </w:pPr>
      <w:r w:rsidRPr="00107787">
        <w:rPr>
          <w:lang w:val="pl-PL"/>
        </w:rPr>
        <w:br w:type="page"/>
      </w:r>
    </w:p>
    <w:p w14:paraId="6B6AA1A3" w14:textId="77777777" w:rsidR="00F134D3" w:rsidRPr="00107787" w:rsidRDefault="00000000">
      <w:pPr>
        <w:pStyle w:val="Nagwek1"/>
        <w:jc w:val="center"/>
        <w:rPr>
          <w:lang w:val="pl-PL"/>
        </w:rPr>
      </w:pPr>
      <w:r w:rsidRPr="00107787">
        <w:rPr>
          <w:lang w:val="pl-PL"/>
        </w:rPr>
        <w:t>Wymagania z plastyki do programu nauczania „Do dzieła!”</w:t>
      </w:r>
    </w:p>
    <w:p w14:paraId="74C7DECD" w14:textId="77777777" w:rsidR="00F134D3" w:rsidRDefault="00000000">
      <w:pPr>
        <w:jc w:val="center"/>
      </w:pPr>
      <w:proofErr w:type="spellStart"/>
      <w:r>
        <w:rPr>
          <w:b/>
        </w:rPr>
        <w:t>Klasa</w:t>
      </w:r>
      <w:proofErr w:type="spellEnd"/>
      <w:r>
        <w:rPr>
          <w:b/>
        </w:rPr>
        <w:t xml:space="preserve"> V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4025"/>
        <w:gridCol w:w="4025"/>
      </w:tblGrid>
      <w:tr w:rsidR="00F134D3" w14:paraId="5C9FC0C0" w14:textId="77777777">
        <w:trPr>
          <w:jc w:val="center"/>
        </w:trPr>
        <w:tc>
          <w:tcPr>
            <w:tcW w:w="1814" w:type="dxa"/>
            <w:shd w:val="clear" w:color="auto" w:fill="EDEDED"/>
            <w:vAlign w:val="center"/>
          </w:tcPr>
          <w:p w14:paraId="32BB5097" w14:textId="77777777" w:rsidR="00F134D3" w:rsidRDefault="00000000">
            <w:pPr>
              <w:jc w:val="center"/>
            </w:pPr>
            <w:r>
              <w:rPr>
                <w:b/>
              </w:rPr>
              <w:t>Numer i temat lekcji</w:t>
            </w:r>
          </w:p>
        </w:tc>
        <w:tc>
          <w:tcPr>
            <w:tcW w:w="4025" w:type="dxa"/>
            <w:shd w:val="clear" w:color="auto" w:fill="EDEDED"/>
            <w:vAlign w:val="center"/>
          </w:tcPr>
          <w:p w14:paraId="570F7CE8" w14:textId="77777777" w:rsidR="00F134D3" w:rsidRDefault="00000000">
            <w:pPr>
              <w:jc w:val="center"/>
            </w:pPr>
            <w:r>
              <w:rPr>
                <w:b/>
              </w:rPr>
              <w:t>Wymagania podstawowe</w:t>
            </w:r>
          </w:p>
        </w:tc>
        <w:tc>
          <w:tcPr>
            <w:tcW w:w="4025" w:type="dxa"/>
            <w:shd w:val="clear" w:color="auto" w:fill="EDEDED"/>
            <w:vAlign w:val="center"/>
          </w:tcPr>
          <w:p w14:paraId="0837B823" w14:textId="77777777" w:rsidR="00F134D3" w:rsidRDefault="00000000">
            <w:pPr>
              <w:jc w:val="center"/>
            </w:pPr>
            <w:r>
              <w:rPr>
                <w:b/>
              </w:rPr>
              <w:t>Wymagania ponadpodstawowe</w:t>
            </w:r>
          </w:p>
        </w:tc>
      </w:tr>
      <w:tr w:rsidR="00F134D3" w14:paraId="23CCB7FE" w14:textId="77777777">
        <w:trPr>
          <w:cantSplit/>
          <w:jc w:val="center"/>
        </w:trPr>
        <w:tc>
          <w:tcPr>
            <w:tcW w:w="1814" w:type="dxa"/>
          </w:tcPr>
          <w:p w14:paraId="77B25BC4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b/>
                <w:sz w:val="17"/>
                <w:lang w:val="pl-PL"/>
              </w:rPr>
              <w:t>1. i 2.</w:t>
            </w:r>
          </w:p>
          <w:p w14:paraId="10775C20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ABC sztuki</w:t>
            </w:r>
          </w:p>
          <w:p w14:paraId="4E15FD15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* Biennale z</w:t>
            </w:r>
          </w:p>
          <w:p w14:paraId="3C9AF714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okazji Święta</w:t>
            </w:r>
          </w:p>
          <w:p w14:paraId="20059C0D" w14:textId="77777777" w:rsidR="00F134D3" w:rsidRDefault="00000000">
            <w:proofErr w:type="spellStart"/>
            <w:r>
              <w:rPr>
                <w:sz w:val="17"/>
              </w:rPr>
              <w:t>Kwiatów</w:t>
            </w:r>
            <w:proofErr w:type="spellEnd"/>
            <w:r>
              <w:rPr>
                <w:sz w:val="17"/>
              </w:rPr>
              <w:t xml:space="preserve"> -</w:t>
            </w:r>
          </w:p>
          <w:p w14:paraId="124053C6" w14:textId="77777777" w:rsidR="00F134D3" w:rsidRDefault="00000000">
            <w:r>
              <w:rPr>
                <w:sz w:val="17"/>
              </w:rPr>
              <w:t>Plakat</w:t>
            </w:r>
          </w:p>
        </w:tc>
        <w:tc>
          <w:tcPr>
            <w:tcW w:w="4025" w:type="dxa"/>
          </w:tcPr>
          <w:p w14:paraId="48DA9D7C" w14:textId="77777777" w:rsidR="00F134D3" w:rsidRDefault="00000000">
            <w:pPr>
              <w:pStyle w:val="Listapunktowana"/>
            </w:pPr>
            <w:r>
              <w:rPr>
                <w:sz w:val="17"/>
              </w:rPr>
              <w:t>podaje przykłady powiązań między sztukami</w:t>
            </w:r>
          </w:p>
          <w:p w14:paraId="05D86DA0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plastycznymi a innymi dziedzinami sztuki,</w:t>
            </w:r>
          </w:p>
          <w:p w14:paraId="5AF242DA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wymienia miejsca gromadzące dzieła sztuki,</w:t>
            </w:r>
          </w:p>
          <w:p w14:paraId="1AFB9A16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wykonuje w dowolnej technice pracę na</w:t>
            </w:r>
          </w:p>
          <w:p w14:paraId="4152FF41" w14:textId="77777777" w:rsidR="00F134D3" w:rsidRDefault="00000000">
            <w:proofErr w:type="spellStart"/>
            <w:r>
              <w:rPr>
                <w:sz w:val="17"/>
              </w:rPr>
              <w:t>określony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temat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4025" w:type="dxa"/>
          </w:tcPr>
          <w:p w14:paraId="28174279" w14:textId="77777777" w:rsidR="00F134D3" w:rsidRDefault="00000000">
            <w:pPr>
              <w:pStyle w:val="Listapunktowana"/>
            </w:pPr>
            <w:r>
              <w:rPr>
                <w:sz w:val="17"/>
              </w:rPr>
              <w:t>wymienia kilka nazw wydarzeń artystycznych</w:t>
            </w:r>
          </w:p>
          <w:p w14:paraId="1F5DD7FA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odbywających się w kraju lub na świecie,</w:t>
            </w:r>
          </w:p>
          <w:p w14:paraId="6E335840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wyjaśnia, kim są kustosz, konserwator, kurator,</w:t>
            </w:r>
          </w:p>
          <w:p w14:paraId="42CD8590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wykonuje ilustrację do utworu muzycznego, wykorzystując</w:t>
            </w:r>
          </w:p>
          <w:p w14:paraId="6189B7F5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możliwości wyrazu stwarzane przez różnorodne linie, plamy</w:t>
            </w:r>
          </w:p>
          <w:p w14:paraId="7B631940" w14:textId="77777777" w:rsidR="00F134D3" w:rsidRDefault="00000000">
            <w:proofErr w:type="spellStart"/>
            <w:r>
              <w:rPr>
                <w:sz w:val="17"/>
              </w:rPr>
              <w:t>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barwy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F134D3" w14:paraId="2E59A982" w14:textId="77777777">
        <w:trPr>
          <w:cantSplit/>
          <w:jc w:val="center"/>
        </w:trPr>
        <w:tc>
          <w:tcPr>
            <w:tcW w:w="1814" w:type="dxa"/>
          </w:tcPr>
          <w:p w14:paraId="7FBB5BF8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b/>
                <w:sz w:val="17"/>
                <w:lang w:val="pl-PL"/>
              </w:rPr>
              <w:t>3.</w:t>
            </w:r>
          </w:p>
          <w:p w14:paraId="51C42AFC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Walor</w:t>
            </w:r>
          </w:p>
          <w:p w14:paraId="6DB1E2FB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*Świat w</w:t>
            </w:r>
          </w:p>
          <w:p w14:paraId="5C5DA46D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zielonych,</w:t>
            </w:r>
          </w:p>
          <w:p w14:paraId="0F79E382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niebieskich lub</w:t>
            </w:r>
          </w:p>
          <w:p w14:paraId="5219BA02" w14:textId="77777777" w:rsidR="00F134D3" w:rsidRDefault="00000000">
            <w:proofErr w:type="spellStart"/>
            <w:r>
              <w:rPr>
                <w:sz w:val="17"/>
              </w:rPr>
              <w:t>różowych</w:t>
            </w:r>
            <w:proofErr w:type="spellEnd"/>
          </w:p>
          <w:p w14:paraId="4001B904" w14:textId="77777777" w:rsidR="00F134D3" w:rsidRDefault="00000000">
            <w:r>
              <w:rPr>
                <w:sz w:val="17"/>
              </w:rPr>
              <w:t>okularach</w:t>
            </w:r>
          </w:p>
        </w:tc>
        <w:tc>
          <w:tcPr>
            <w:tcW w:w="4025" w:type="dxa"/>
          </w:tcPr>
          <w:p w14:paraId="1D23A393" w14:textId="77777777" w:rsidR="00F134D3" w:rsidRDefault="00000000">
            <w:pPr>
              <w:pStyle w:val="Listapunktowana"/>
            </w:pPr>
            <w:r>
              <w:rPr>
                <w:sz w:val="17"/>
              </w:rPr>
              <w:t>wyjaśnia, czym jest walor,</w:t>
            </w:r>
          </w:p>
          <w:p w14:paraId="7B46FF10" w14:textId="77777777" w:rsidR="00F134D3" w:rsidRDefault="00000000">
            <w:pPr>
              <w:pStyle w:val="Listapunktowana"/>
            </w:pPr>
            <w:r>
              <w:rPr>
                <w:sz w:val="17"/>
              </w:rPr>
              <w:t>podaje sposoby zmieniania waloru,</w:t>
            </w:r>
          </w:p>
          <w:p w14:paraId="6DB3FFA5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stosuje w swojej pracy barwy zróżnicowane</w:t>
            </w:r>
          </w:p>
          <w:p w14:paraId="2D636071" w14:textId="77777777" w:rsidR="00F134D3" w:rsidRDefault="00000000">
            <w:proofErr w:type="spellStart"/>
            <w:r>
              <w:rPr>
                <w:sz w:val="17"/>
              </w:rPr>
              <w:t>walorowo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4025" w:type="dxa"/>
          </w:tcPr>
          <w:p w14:paraId="5877A07F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stosuje walor w działaniach plastycznych odpowiednio do</w:t>
            </w:r>
          </w:p>
          <w:p w14:paraId="005512FD" w14:textId="77777777" w:rsidR="00F134D3" w:rsidRDefault="00000000">
            <w:proofErr w:type="spellStart"/>
            <w:r>
              <w:rPr>
                <w:sz w:val="17"/>
              </w:rPr>
              <w:t>tematu</w:t>
            </w:r>
            <w:proofErr w:type="spellEnd"/>
            <w:r>
              <w:rPr>
                <w:sz w:val="17"/>
              </w:rPr>
              <w:t xml:space="preserve"> i </w:t>
            </w:r>
            <w:proofErr w:type="spellStart"/>
            <w:r>
              <w:rPr>
                <w:sz w:val="17"/>
              </w:rPr>
              <w:t>charakteru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pracy</w:t>
            </w:r>
            <w:proofErr w:type="spellEnd"/>
            <w:r>
              <w:rPr>
                <w:sz w:val="17"/>
              </w:rPr>
              <w:t>,</w:t>
            </w:r>
          </w:p>
          <w:p w14:paraId="5AC62822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omawia wybraną reprodukcję dzieła pod kątem</w:t>
            </w:r>
          </w:p>
          <w:p w14:paraId="7EFE9157" w14:textId="77777777" w:rsidR="00F134D3" w:rsidRDefault="00000000">
            <w:proofErr w:type="spellStart"/>
            <w:r>
              <w:rPr>
                <w:sz w:val="17"/>
              </w:rPr>
              <w:t>zastosowanych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zróżnicowań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walorowych</w:t>
            </w:r>
            <w:proofErr w:type="spellEnd"/>
            <w:r>
              <w:rPr>
                <w:sz w:val="17"/>
              </w:rPr>
              <w:t>,</w:t>
            </w:r>
          </w:p>
          <w:p w14:paraId="071AC1E7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opisuje wpływ waloru na wymowę dzieła na podstawie</w:t>
            </w:r>
          </w:p>
          <w:p w14:paraId="288D61CF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reprodukcji obrazu oraz własnej pracy,</w:t>
            </w:r>
          </w:p>
          <w:p w14:paraId="52EE0017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porównuje wybrane dzieła pod kątem zastosowanych</w:t>
            </w:r>
          </w:p>
          <w:p w14:paraId="0F864D8C" w14:textId="77777777" w:rsidR="00F134D3" w:rsidRDefault="00000000">
            <w:proofErr w:type="spellStart"/>
            <w:r>
              <w:rPr>
                <w:sz w:val="17"/>
              </w:rPr>
              <w:t>walorów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barw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F134D3" w14:paraId="09EE8284" w14:textId="77777777">
        <w:trPr>
          <w:cantSplit/>
          <w:jc w:val="center"/>
        </w:trPr>
        <w:tc>
          <w:tcPr>
            <w:tcW w:w="1814" w:type="dxa"/>
          </w:tcPr>
          <w:p w14:paraId="40C8BC2A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b/>
                <w:sz w:val="17"/>
                <w:lang w:val="pl-PL"/>
              </w:rPr>
              <w:t>*</w:t>
            </w:r>
          </w:p>
          <w:p w14:paraId="6FE76C39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4. i 5.</w:t>
            </w:r>
          </w:p>
          <w:p w14:paraId="1C2FC62A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Gama barwna</w:t>
            </w:r>
          </w:p>
          <w:p w14:paraId="6FD1EBAF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Słoneczne</w:t>
            </w:r>
          </w:p>
          <w:p w14:paraId="634B7BC7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jesienne</w:t>
            </w:r>
          </w:p>
          <w:p w14:paraId="61D86E03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popołudnie</w:t>
            </w:r>
          </w:p>
          <w:p w14:paraId="4701586F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 ogrodzie</w:t>
            </w:r>
          </w:p>
          <w:p w14:paraId="19AA7105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Miasto</w:t>
            </w:r>
          </w:p>
          <w:p w14:paraId="3ABE865D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 mglisty</w:t>
            </w:r>
          </w:p>
          <w:p w14:paraId="3A356471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i deszczowy</w:t>
            </w:r>
          </w:p>
          <w:p w14:paraId="2D5B27E8" w14:textId="77777777" w:rsidR="00F134D3" w:rsidRDefault="00000000">
            <w:proofErr w:type="spellStart"/>
            <w:r>
              <w:rPr>
                <w:sz w:val="17"/>
              </w:rPr>
              <w:t>wieczór</w:t>
            </w:r>
            <w:proofErr w:type="spellEnd"/>
          </w:p>
        </w:tc>
        <w:tc>
          <w:tcPr>
            <w:tcW w:w="4025" w:type="dxa"/>
          </w:tcPr>
          <w:p w14:paraId="1D16B57E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wyjaśnia, czym jest gama barwna,</w:t>
            </w:r>
          </w:p>
          <w:p w14:paraId="0B3D5DD2" w14:textId="77777777" w:rsidR="00F134D3" w:rsidRDefault="00000000">
            <w:pPr>
              <w:pStyle w:val="Listapunktowana"/>
            </w:pPr>
            <w:proofErr w:type="spellStart"/>
            <w:r>
              <w:rPr>
                <w:sz w:val="17"/>
              </w:rPr>
              <w:t>wymienia</w:t>
            </w:r>
            <w:proofErr w:type="spellEnd"/>
            <w:r>
              <w:rPr>
                <w:sz w:val="17"/>
              </w:rPr>
              <w:t xml:space="preserve"> i </w:t>
            </w:r>
            <w:proofErr w:type="spellStart"/>
            <w:r>
              <w:rPr>
                <w:sz w:val="17"/>
              </w:rPr>
              <w:t>charakteryzuje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rodzaje</w:t>
            </w:r>
            <w:proofErr w:type="spellEnd"/>
            <w:r>
              <w:rPr>
                <w:sz w:val="17"/>
              </w:rPr>
              <w:t xml:space="preserve"> gam</w:t>
            </w:r>
          </w:p>
          <w:p w14:paraId="4C44F9DC" w14:textId="77777777" w:rsidR="00F134D3" w:rsidRDefault="00000000">
            <w:r>
              <w:rPr>
                <w:sz w:val="17"/>
              </w:rPr>
              <w:t>barwnych,</w:t>
            </w:r>
          </w:p>
          <w:p w14:paraId="0D324C16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tłumaczy, czym jest kolor lokalny, i wskazuje</w:t>
            </w:r>
          </w:p>
          <w:p w14:paraId="5D9D8F54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kilka przykładów w najbliższym otoczeniu,</w:t>
            </w:r>
          </w:p>
          <w:p w14:paraId="00907138" w14:textId="77777777" w:rsidR="00F134D3" w:rsidRDefault="00000000">
            <w:pPr>
              <w:pStyle w:val="Listapunktowana"/>
            </w:pPr>
            <w:proofErr w:type="spellStart"/>
            <w:r>
              <w:rPr>
                <w:sz w:val="17"/>
              </w:rPr>
              <w:t>wyjaśnia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czym</w:t>
            </w:r>
            <w:proofErr w:type="spellEnd"/>
            <w:r>
              <w:rPr>
                <w:sz w:val="17"/>
              </w:rPr>
              <w:t xml:space="preserve"> jest </w:t>
            </w:r>
            <w:proofErr w:type="spellStart"/>
            <w:r>
              <w:rPr>
                <w:sz w:val="17"/>
              </w:rPr>
              <w:t>tonacja</w:t>
            </w:r>
            <w:proofErr w:type="spellEnd"/>
            <w:r>
              <w:rPr>
                <w:sz w:val="17"/>
              </w:rPr>
              <w:t>,</w:t>
            </w:r>
          </w:p>
          <w:p w14:paraId="405433CE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określa gamę barwną i tonację wybranych</w:t>
            </w:r>
          </w:p>
          <w:p w14:paraId="79544418" w14:textId="77777777" w:rsidR="00F134D3" w:rsidRDefault="00000000">
            <w:proofErr w:type="spellStart"/>
            <w:r>
              <w:rPr>
                <w:sz w:val="17"/>
              </w:rPr>
              <w:t>obrazów</w:t>
            </w:r>
            <w:proofErr w:type="spellEnd"/>
            <w:r>
              <w:rPr>
                <w:sz w:val="17"/>
              </w:rPr>
              <w:t>,</w:t>
            </w:r>
          </w:p>
          <w:p w14:paraId="30C5455B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wykonuje pracę w wybranej gamie barwnej.</w:t>
            </w:r>
          </w:p>
        </w:tc>
        <w:tc>
          <w:tcPr>
            <w:tcW w:w="4025" w:type="dxa"/>
          </w:tcPr>
          <w:p w14:paraId="1B02789F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podaje przykłady różnych rodzajów gamy barwnej z</w:t>
            </w:r>
          </w:p>
          <w:p w14:paraId="48DA26F4" w14:textId="77777777" w:rsidR="00F134D3" w:rsidRDefault="00000000">
            <w:proofErr w:type="spellStart"/>
            <w:r>
              <w:rPr>
                <w:sz w:val="17"/>
              </w:rPr>
              <w:t>najbliższego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otoczenia</w:t>
            </w:r>
            <w:proofErr w:type="spellEnd"/>
            <w:r>
              <w:rPr>
                <w:sz w:val="17"/>
              </w:rPr>
              <w:t>,</w:t>
            </w:r>
          </w:p>
          <w:p w14:paraId="74154B82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porównuje gamy barwne i tonacje dwóch wybranych</w:t>
            </w:r>
          </w:p>
          <w:p w14:paraId="6FFEB781" w14:textId="77777777" w:rsidR="00F134D3" w:rsidRDefault="00000000">
            <w:proofErr w:type="spellStart"/>
            <w:r>
              <w:rPr>
                <w:sz w:val="17"/>
              </w:rPr>
              <w:t>reprodukcji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dzieł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malarskich</w:t>
            </w:r>
            <w:proofErr w:type="spellEnd"/>
            <w:r>
              <w:rPr>
                <w:sz w:val="17"/>
              </w:rPr>
              <w:t>,</w:t>
            </w:r>
          </w:p>
          <w:p w14:paraId="19D2C4AE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omawia wybraną reprodukcję dzieła pod kątem</w:t>
            </w:r>
          </w:p>
          <w:p w14:paraId="45D00194" w14:textId="77777777" w:rsidR="00F134D3" w:rsidRDefault="00000000">
            <w:proofErr w:type="spellStart"/>
            <w:r>
              <w:rPr>
                <w:sz w:val="17"/>
              </w:rPr>
              <w:t>zastosowanej</w:t>
            </w:r>
            <w:proofErr w:type="spellEnd"/>
            <w:r>
              <w:rPr>
                <w:sz w:val="17"/>
              </w:rPr>
              <w:t xml:space="preserve"> gamy </w:t>
            </w:r>
            <w:proofErr w:type="spellStart"/>
            <w:r>
              <w:rPr>
                <w:sz w:val="17"/>
              </w:rPr>
              <w:t>barwnej</w:t>
            </w:r>
            <w:proofErr w:type="spellEnd"/>
            <w:r>
              <w:rPr>
                <w:sz w:val="17"/>
              </w:rPr>
              <w:t>,</w:t>
            </w:r>
          </w:p>
          <w:p w14:paraId="57D977B6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wyraża w pracy plastycznej uczucia i nastrój za pomocą</w:t>
            </w:r>
          </w:p>
          <w:p w14:paraId="4CD25F00" w14:textId="77777777" w:rsidR="00F134D3" w:rsidRDefault="00000000">
            <w:proofErr w:type="spellStart"/>
            <w:r>
              <w:rPr>
                <w:sz w:val="17"/>
              </w:rPr>
              <w:t>odpowiednio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dobranych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barw</w:t>
            </w:r>
            <w:proofErr w:type="spellEnd"/>
            <w:r>
              <w:rPr>
                <w:sz w:val="17"/>
              </w:rPr>
              <w:t>,</w:t>
            </w:r>
          </w:p>
          <w:p w14:paraId="3D9373B1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ocenia wpływ zastosowanej tonacji na nastrój i wymowę</w:t>
            </w:r>
          </w:p>
          <w:p w14:paraId="5CCA2E55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dzieła na podstawie reprodukcji obrazu oraz własnej pracy,</w:t>
            </w:r>
          </w:p>
          <w:p w14:paraId="53605555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wymienia czynniki wpływające na odbiór barw,</w:t>
            </w:r>
          </w:p>
          <w:p w14:paraId="31B691A5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stosuje w działaniach plastycznych różne gamy barwne i</w:t>
            </w:r>
          </w:p>
          <w:p w14:paraId="43FE32C5" w14:textId="77777777" w:rsidR="00F134D3" w:rsidRDefault="00000000">
            <w:proofErr w:type="spellStart"/>
            <w:r>
              <w:rPr>
                <w:sz w:val="17"/>
              </w:rPr>
              <w:t>tonacje</w:t>
            </w:r>
            <w:proofErr w:type="spellEnd"/>
            <w:r>
              <w:rPr>
                <w:sz w:val="17"/>
              </w:rPr>
              <w:t>.</w:t>
            </w:r>
          </w:p>
        </w:tc>
      </w:tr>
    </w:tbl>
    <w:p w14:paraId="1E11B85A" w14:textId="77777777" w:rsidR="00F134D3" w:rsidRDefault="00000000">
      <w:r>
        <w:br w:type="page"/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4025"/>
        <w:gridCol w:w="4025"/>
      </w:tblGrid>
      <w:tr w:rsidR="00F134D3" w14:paraId="04097EE6" w14:textId="77777777">
        <w:trPr>
          <w:jc w:val="center"/>
        </w:trPr>
        <w:tc>
          <w:tcPr>
            <w:tcW w:w="1814" w:type="dxa"/>
            <w:shd w:val="clear" w:color="auto" w:fill="EDEDED"/>
            <w:vAlign w:val="center"/>
          </w:tcPr>
          <w:p w14:paraId="28DA2997" w14:textId="77777777" w:rsidR="00F134D3" w:rsidRDefault="00000000">
            <w:pPr>
              <w:jc w:val="center"/>
            </w:pPr>
            <w:r>
              <w:rPr>
                <w:b/>
              </w:rPr>
              <w:t>Numer i temat lekcji</w:t>
            </w:r>
          </w:p>
        </w:tc>
        <w:tc>
          <w:tcPr>
            <w:tcW w:w="4025" w:type="dxa"/>
            <w:shd w:val="clear" w:color="auto" w:fill="EDEDED"/>
            <w:vAlign w:val="center"/>
          </w:tcPr>
          <w:p w14:paraId="547A57FA" w14:textId="77777777" w:rsidR="00F134D3" w:rsidRDefault="00000000">
            <w:pPr>
              <w:jc w:val="center"/>
            </w:pPr>
            <w:r>
              <w:rPr>
                <w:b/>
              </w:rPr>
              <w:t>Wymagania podstawowe</w:t>
            </w:r>
          </w:p>
        </w:tc>
        <w:tc>
          <w:tcPr>
            <w:tcW w:w="4025" w:type="dxa"/>
            <w:shd w:val="clear" w:color="auto" w:fill="EDEDED"/>
            <w:vAlign w:val="center"/>
          </w:tcPr>
          <w:p w14:paraId="748DEEA7" w14:textId="77777777" w:rsidR="00F134D3" w:rsidRDefault="00000000">
            <w:pPr>
              <w:jc w:val="center"/>
            </w:pPr>
            <w:r>
              <w:rPr>
                <w:b/>
              </w:rPr>
              <w:t>Wymagania ponadpodstawowe</w:t>
            </w:r>
          </w:p>
        </w:tc>
      </w:tr>
      <w:tr w:rsidR="00F134D3" w14:paraId="76DCDF27" w14:textId="77777777">
        <w:trPr>
          <w:cantSplit/>
          <w:jc w:val="center"/>
        </w:trPr>
        <w:tc>
          <w:tcPr>
            <w:tcW w:w="1814" w:type="dxa"/>
          </w:tcPr>
          <w:p w14:paraId="7B55E557" w14:textId="77777777" w:rsidR="00F134D3" w:rsidRDefault="00000000">
            <w:r>
              <w:rPr>
                <w:b/>
                <w:sz w:val="17"/>
              </w:rPr>
              <w:t>6.</w:t>
            </w:r>
          </w:p>
          <w:p w14:paraId="294C25C1" w14:textId="77777777" w:rsidR="00F134D3" w:rsidRDefault="00000000">
            <w:r>
              <w:rPr>
                <w:sz w:val="17"/>
              </w:rPr>
              <w:t>Kontrasty</w:t>
            </w:r>
          </w:p>
          <w:p w14:paraId="69512D5C" w14:textId="77777777" w:rsidR="00F134D3" w:rsidRDefault="00000000">
            <w:r>
              <w:rPr>
                <w:sz w:val="17"/>
              </w:rPr>
              <w:t>kolorystyczne</w:t>
            </w:r>
          </w:p>
          <w:p w14:paraId="6A4610DD" w14:textId="77777777" w:rsidR="00F134D3" w:rsidRDefault="00000000">
            <w:r>
              <w:rPr>
                <w:sz w:val="17"/>
              </w:rPr>
              <w:t>*Rodzina</w:t>
            </w:r>
          </w:p>
          <w:p w14:paraId="1D01E473" w14:textId="77777777" w:rsidR="00F134D3" w:rsidRDefault="00000000">
            <w:r>
              <w:rPr>
                <w:sz w:val="17"/>
              </w:rPr>
              <w:t>pasiastych</w:t>
            </w:r>
          </w:p>
        </w:tc>
        <w:tc>
          <w:tcPr>
            <w:tcW w:w="4025" w:type="dxa"/>
          </w:tcPr>
          <w:p w14:paraId="6CA5D469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tłumaczy, na czym polega kontrast barwny,</w:t>
            </w:r>
          </w:p>
          <w:p w14:paraId="30D2A8AC" w14:textId="77777777" w:rsidR="00F134D3" w:rsidRDefault="00000000">
            <w:pPr>
              <w:pStyle w:val="Listapunktowana"/>
            </w:pPr>
            <w:proofErr w:type="spellStart"/>
            <w:r>
              <w:rPr>
                <w:sz w:val="17"/>
              </w:rPr>
              <w:t>rozróżnia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rozpoznaje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na</w:t>
            </w:r>
            <w:proofErr w:type="spellEnd"/>
            <w:r>
              <w:rPr>
                <w:sz w:val="17"/>
              </w:rPr>
              <w:t xml:space="preserve"> reprodukcjach</w:t>
            </w:r>
          </w:p>
          <w:p w14:paraId="1C9D90F3" w14:textId="77777777" w:rsidR="00F134D3" w:rsidRDefault="00000000">
            <w:r>
              <w:rPr>
                <w:sz w:val="17"/>
              </w:rPr>
              <w:t>różnorodne kontrasty kolorystyczne,</w:t>
            </w:r>
          </w:p>
          <w:p w14:paraId="63CE722C" w14:textId="77777777" w:rsidR="00F134D3" w:rsidRDefault="00000000">
            <w:pPr>
              <w:pStyle w:val="Listapunktowana"/>
            </w:pPr>
            <w:r>
              <w:rPr>
                <w:sz w:val="17"/>
              </w:rPr>
              <w:t>posługuje się wybranym kontrastem barwnym</w:t>
            </w:r>
          </w:p>
          <w:p w14:paraId="01FEEF29" w14:textId="77777777" w:rsidR="00F134D3" w:rsidRDefault="00000000">
            <w:r>
              <w:rPr>
                <w:sz w:val="17"/>
              </w:rPr>
              <w:t>w działaniach plastycznych,</w:t>
            </w:r>
          </w:p>
          <w:p w14:paraId="2C299DF6" w14:textId="77777777" w:rsidR="00F134D3" w:rsidRDefault="00000000">
            <w:pPr>
              <w:pStyle w:val="Listapunktowana"/>
            </w:pPr>
            <w:r>
              <w:rPr>
                <w:sz w:val="17"/>
              </w:rPr>
              <w:t>wykonuje pracę plastyczną, korzystając ze</w:t>
            </w:r>
          </w:p>
          <w:p w14:paraId="539DA456" w14:textId="77777777" w:rsidR="00F134D3" w:rsidRDefault="00000000">
            <w:r>
              <w:rPr>
                <w:sz w:val="17"/>
              </w:rPr>
              <w:t>wskazówek zawartych w podręczniku.</w:t>
            </w:r>
          </w:p>
        </w:tc>
        <w:tc>
          <w:tcPr>
            <w:tcW w:w="4025" w:type="dxa"/>
          </w:tcPr>
          <w:p w14:paraId="61B64A09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stosuje różnorodne rodzaje kontrastów barwnych w</w:t>
            </w:r>
          </w:p>
          <w:p w14:paraId="29433076" w14:textId="77777777" w:rsidR="00F134D3" w:rsidRDefault="00000000">
            <w:proofErr w:type="spellStart"/>
            <w:r>
              <w:rPr>
                <w:sz w:val="17"/>
              </w:rPr>
              <w:t>działaniach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plastycznych</w:t>
            </w:r>
            <w:proofErr w:type="spellEnd"/>
            <w:r>
              <w:rPr>
                <w:sz w:val="17"/>
              </w:rPr>
              <w:t>,</w:t>
            </w:r>
          </w:p>
          <w:p w14:paraId="11A6D5A5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tworzy z wyobraźni pracę plastyczną w wybranej technice,</w:t>
            </w:r>
          </w:p>
          <w:p w14:paraId="485EC5F3" w14:textId="77777777" w:rsidR="00F134D3" w:rsidRDefault="00000000">
            <w:proofErr w:type="spellStart"/>
            <w:r>
              <w:rPr>
                <w:sz w:val="17"/>
              </w:rPr>
              <w:t>twórczo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interpretując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zadanie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F134D3" w:rsidRPr="00107787" w14:paraId="38EA5565" w14:textId="77777777">
        <w:trPr>
          <w:cantSplit/>
          <w:jc w:val="center"/>
        </w:trPr>
        <w:tc>
          <w:tcPr>
            <w:tcW w:w="1814" w:type="dxa"/>
          </w:tcPr>
          <w:p w14:paraId="1269E03E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b/>
                <w:sz w:val="17"/>
                <w:lang w:val="pl-PL"/>
              </w:rPr>
              <w:t>7. i 8.</w:t>
            </w:r>
          </w:p>
          <w:p w14:paraId="02CC74C8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Dwa style w</w:t>
            </w:r>
          </w:p>
          <w:p w14:paraId="78A8D05B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sztuce</w:t>
            </w:r>
          </w:p>
          <w:p w14:paraId="7F4E19A2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średniowiecza:</w:t>
            </w:r>
          </w:p>
          <w:p w14:paraId="723A663E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romański i</w:t>
            </w:r>
          </w:p>
          <w:p w14:paraId="4571453F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gotycki</w:t>
            </w:r>
          </w:p>
          <w:p w14:paraId="257A4AF2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*Miniatura ze</w:t>
            </w:r>
          </w:p>
          <w:p w14:paraId="5F99DD36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sceną z życia</w:t>
            </w:r>
          </w:p>
          <w:p w14:paraId="2CC83C68" w14:textId="77777777" w:rsidR="00F134D3" w:rsidRDefault="00000000">
            <w:proofErr w:type="spellStart"/>
            <w:r>
              <w:rPr>
                <w:sz w:val="17"/>
              </w:rPr>
              <w:t>mojej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rodziny</w:t>
            </w:r>
            <w:proofErr w:type="spellEnd"/>
          </w:p>
        </w:tc>
        <w:tc>
          <w:tcPr>
            <w:tcW w:w="4025" w:type="dxa"/>
          </w:tcPr>
          <w:p w14:paraId="18C228D1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sytuuje epokę średniowiecza w czasie,</w:t>
            </w:r>
          </w:p>
          <w:p w14:paraId="6BA494E4" w14:textId="77777777" w:rsidR="00F134D3" w:rsidRDefault="00000000">
            <w:pPr>
              <w:pStyle w:val="Listapunktowana"/>
            </w:pPr>
            <w:proofErr w:type="spellStart"/>
            <w:r>
              <w:rPr>
                <w:sz w:val="17"/>
              </w:rPr>
              <w:t>wymienia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cechy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wytworów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sztuki</w:t>
            </w:r>
            <w:proofErr w:type="spellEnd"/>
          </w:p>
          <w:p w14:paraId="23F0ED29" w14:textId="77777777" w:rsidR="00F134D3" w:rsidRDefault="00000000">
            <w:r>
              <w:rPr>
                <w:sz w:val="17"/>
              </w:rPr>
              <w:t>średniowiecznej,</w:t>
            </w:r>
          </w:p>
          <w:p w14:paraId="6CC6FAF5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podaje przykłady dzieł sztuki romańskiej i</w:t>
            </w:r>
          </w:p>
          <w:p w14:paraId="28968AA2" w14:textId="77777777" w:rsidR="00F134D3" w:rsidRDefault="00000000">
            <w:proofErr w:type="spellStart"/>
            <w:r>
              <w:rPr>
                <w:sz w:val="17"/>
              </w:rPr>
              <w:t>gotyckiej</w:t>
            </w:r>
            <w:proofErr w:type="spellEnd"/>
            <w:r>
              <w:rPr>
                <w:sz w:val="17"/>
              </w:rPr>
              <w:t>,</w:t>
            </w:r>
          </w:p>
          <w:p w14:paraId="3251259F" w14:textId="77777777" w:rsidR="00F134D3" w:rsidRDefault="00000000">
            <w:pPr>
              <w:pStyle w:val="Listapunktowana"/>
            </w:pPr>
            <w:r>
              <w:rPr>
                <w:sz w:val="17"/>
              </w:rPr>
              <w:t>tworzy w wybranej technice plastycznej</w:t>
            </w:r>
          </w:p>
          <w:p w14:paraId="6E1D0426" w14:textId="77777777" w:rsidR="00F134D3" w:rsidRDefault="00000000">
            <w:r>
              <w:rPr>
                <w:sz w:val="17"/>
              </w:rPr>
              <w:t>pracę inspirowaną sztuką średniowiecza.</w:t>
            </w:r>
          </w:p>
        </w:tc>
        <w:tc>
          <w:tcPr>
            <w:tcW w:w="4025" w:type="dxa"/>
          </w:tcPr>
          <w:p w14:paraId="6A351944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określa ramy czasowe okresu romańskiego i</w:t>
            </w:r>
          </w:p>
          <w:p w14:paraId="12174276" w14:textId="77777777" w:rsidR="00F134D3" w:rsidRDefault="00000000">
            <w:proofErr w:type="spellStart"/>
            <w:r>
              <w:rPr>
                <w:sz w:val="17"/>
              </w:rPr>
              <w:t>gotyckiego</w:t>
            </w:r>
            <w:proofErr w:type="spellEnd"/>
            <w:r>
              <w:rPr>
                <w:sz w:val="17"/>
              </w:rPr>
              <w:t xml:space="preserve"> w </w:t>
            </w:r>
            <w:proofErr w:type="spellStart"/>
            <w:r>
              <w:rPr>
                <w:sz w:val="17"/>
              </w:rPr>
              <w:t>sztuce</w:t>
            </w:r>
            <w:proofErr w:type="spellEnd"/>
            <w:r>
              <w:rPr>
                <w:sz w:val="17"/>
              </w:rPr>
              <w:t>,</w:t>
            </w:r>
          </w:p>
          <w:p w14:paraId="215D6CE7" w14:textId="77777777" w:rsidR="00F134D3" w:rsidRDefault="00000000">
            <w:pPr>
              <w:pStyle w:val="Listapunktowana"/>
            </w:pPr>
            <w:r>
              <w:rPr>
                <w:sz w:val="17"/>
              </w:rPr>
              <w:t>rozpoznaje typowe cechy wytworów sztuki</w:t>
            </w:r>
          </w:p>
          <w:p w14:paraId="1827B110" w14:textId="77777777" w:rsidR="00F134D3" w:rsidRDefault="00000000">
            <w:r>
              <w:rPr>
                <w:sz w:val="17"/>
              </w:rPr>
              <w:t>średniowiecznej,</w:t>
            </w:r>
          </w:p>
          <w:p w14:paraId="45C06FCE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wymienia przykłady wytworów sztuki romańskiej i</w:t>
            </w:r>
          </w:p>
          <w:p w14:paraId="028E0622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gotyckiej z dziedziny malarstwa, rzeźby i architektury,</w:t>
            </w:r>
          </w:p>
          <w:p w14:paraId="1D8E0718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tworzy w określonej technice plastycznej pracę</w:t>
            </w:r>
          </w:p>
          <w:p w14:paraId="6CB2D4CC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inspirowaną sztuką średniowiecza, twórczo</w:t>
            </w:r>
          </w:p>
          <w:p w14:paraId="239A85FB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interpretując temat,</w:t>
            </w:r>
          </w:p>
          <w:p w14:paraId="7A12A900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wyjaśnia znaczenie stylu w sztuce.</w:t>
            </w:r>
          </w:p>
        </w:tc>
      </w:tr>
      <w:tr w:rsidR="00F134D3" w:rsidRPr="00107787" w14:paraId="56938C2C" w14:textId="77777777">
        <w:trPr>
          <w:cantSplit/>
          <w:jc w:val="center"/>
        </w:trPr>
        <w:tc>
          <w:tcPr>
            <w:tcW w:w="1814" w:type="dxa"/>
          </w:tcPr>
          <w:p w14:paraId="10DAC8DA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b/>
                <w:sz w:val="17"/>
                <w:lang w:val="pl-PL"/>
              </w:rPr>
              <w:t>9.</w:t>
            </w:r>
          </w:p>
          <w:p w14:paraId="34581FC6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Tworzę przez</w:t>
            </w:r>
          </w:p>
          <w:p w14:paraId="33C7BAD5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cały rok –</w:t>
            </w:r>
          </w:p>
          <w:p w14:paraId="1057574C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Scenografia na</w:t>
            </w:r>
          </w:p>
          <w:p w14:paraId="01BCB0E4" w14:textId="77777777" w:rsidR="00F134D3" w:rsidRDefault="00000000">
            <w:proofErr w:type="spellStart"/>
            <w:r>
              <w:rPr>
                <w:sz w:val="17"/>
              </w:rPr>
              <w:t>Narodowe</w:t>
            </w:r>
            <w:proofErr w:type="spellEnd"/>
          </w:p>
          <w:p w14:paraId="3EDAC9BC" w14:textId="77777777" w:rsidR="00F134D3" w:rsidRDefault="00000000">
            <w:r>
              <w:rPr>
                <w:sz w:val="17"/>
              </w:rPr>
              <w:t>Święto</w:t>
            </w:r>
          </w:p>
          <w:p w14:paraId="6A79FFE6" w14:textId="77777777" w:rsidR="00F134D3" w:rsidRDefault="00000000">
            <w:r>
              <w:rPr>
                <w:sz w:val="17"/>
              </w:rPr>
              <w:t>Niepodległości</w:t>
            </w:r>
          </w:p>
        </w:tc>
        <w:tc>
          <w:tcPr>
            <w:tcW w:w="4025" w:type="dxa"/>
          </w:tcPr>
          <w:p w14:paraId="655AF9C9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planuje kolejne etapy swojej pracy,</w:t>
            </w:r>
          </w:p>
          <w:p w14:paraId="6E2D8F0D" w14:textId="77777777" w:rsidR="00F134D3" w:rsidRDefault="00000000">
            <w:pPr>
              <w:pStyle w:val="Listapunktowana"/>
            </w:pPr>
            <w:proofErr w:type="spellStart"/>
            <w:r>
              <w:rPr>
                <w:sz w:val="17"/>
              </w:rPr>
              <w:t>wykonuje</w:t>
            </w:r>
            <w:proofErr w:type="spellEnd"/>
            <w:r>
              <w:rPr>
                <w:sz w:val="17"/>
              </w:rPr>
              <w:t xml:space="preserve"> element </w:t>
            </w:r>
            <w:proofErr w:type="spellStart"/>
            <w:r>
              <w:rPr>
                <w:sz w:val="17"/>
              </w:rPr>
              <w:t>dekoracyjny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korzystając</w:t>
            </w:r>
            <w:proofErr w:type="spellEnd"/>
            <w:r>
              <w:rPr>
                <w:sz w:val="17"/>
              </w:rPr>
              <w:t xml:space="preserve"> z</w:t>
            </w:r>
          </w:p>
          <w:p w14:paraId="64D5C94D" w14:textId="77777777" w:rsidR="00F134D3" w:rsidRDefault="00000000">
            <w:r>
              <w:rPr>
                <w:sz w:val="17"/>
              </w:rPr>
              <w:t>podanych propozycji,</w:t>
            </w:r>
          </w:p>
          <w:p w14:paraId="7898783E" w14:textId="77777777" w:rsidR="00F134D3" w:rsidRDefault="00000000">
            <w:pPr>
              <w:pStyle w:val="Listapunktowana"/>
            </w:pPr>
            <w:r>
              <w:rPr>
                <w:sz w:val="17"/>
              </w:rPr>
              <w:t>stosuje w działaniach plastycznych określone</w:t>
            </w:r>
          </w:p>
          <w:p w14:paraId="0C49EA99" w14:textId="77777777" w:rsidR="00F134D3" w:rsidRDefault="00000000">
            <w:r>
              <w:rPr>
                <w:sz w:val="17"/>
              </w:rPr>
              <w:t>techniki i materiały.</w:t>
            </w:r>
          </w:p>
        </w:tc>
        <w:tc>
          <w:tcPr>
            <w:tcW w:w="4025" w:type="dxa"/>
          </w:tcPr>
          <w:p w14:paraId="0AB99DAB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projektuje i tworzy dekorację według własnego pomysłu,</w:t>
            </w:r>
          </w:p>
          <w:p w14:paraId="0DE25170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twórczo wykorzystując możliwości wyrazu stwarzane przez</w:t>
            </w:r>
          </w:p>
          <w:p w14:paraId="3E5ADE86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różnorodne linie, plamy, barwy i kształty,</w:t>
            </w:r>
          </w:p>
          <w:p w14:paraId="3F17944B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stosuje różne techniki i narzędzia plastyczne,</w:t>
            </w:r>
          </w:p>
          <w:p w14:paraId="06A0E461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wykorzystuje w swojej pracy wiedzę na temat właściwości</w:t>
            </w:r>
          </w:p>
          <w:p w14:paraId="65661CA0" w14:textId="77777777" w:rsidR="00F134D3" w:rsidRDefault="00000000">
            <w:proofErr w:type="spellStart"/>
            <w:r>
              <w:rPr>
                <w:sz w:val="17"/>
              </w:rPr>
              <w:t>materiałów</w:t>
            </w:r>
            <w:proofErr w:type="spellEnd"/>
            <w:r>
              <w:rPr>
                <w:sz w:val="17"/>
              </w:rPr>
              <w:t>,</w:t>
            </w:r>
          </w:p>
          <w:p w14:paraId="19651998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dba o estetyczne i staranne wykonanie pracy.</w:t>
            </w:r>
          </w:p>
        </w:tc>
      </w:tr>
      <w:tr w:rsidR="00F134D3" w14:paraId="1663CC54" w14:textId="77777777">
        <w:trPr>
          <w:cantSplit/>
          <w:jc w:val="center"/>
        </w:trPr>
        <w:tc>
          <w:tcPr>
            <w:tcW w:w="1814" w:type="dxa"/>
          </w:tcPr>
          <w:p w14:paraId="75755769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b/>
                <w:sz w:val="17"/>
                <w:lang w:val="pl-PL"/>
              </w:rPr>
              <w:t>*</w:t>
            </w:r>
          </w:p>
          <w:p w14:paraId="31A758C6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10. i 11.</w:t>
            </w:r>
          </w:p>
          <w:p w14:paraId="7C0560B1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Faktura</w:t>
            </w:r>
          </w:p>
          <w:p w14:paraId="755B726A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Brzeg morski</w:t>
            </w:r>
          </w:p>
          <w:p w14:paraId="5041401F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po sztormie</w:t>
            </w:r>
          </w:p>
        </w:tc>
        <w:tc>
          <w:tcPr>
            <w:tcW w:w="4025" w:type="dxa"/>
          </w:tcPr>
          <w:p w14:paraId="7245C997" w14:textId="77777777" w:rsidR="00F134D3" w:rsidRDefault="00000000">
            <w:pPr>
              <w:pStyle w:val="Listapunktowana"/>
            </w:pPr>
            <w:proofErr w:type="spellStart"/>
            <w:r>
              <w:rPr>
                <w:sz w:val="17"/>
              </w:rPr>
              <w:t>wyjaśnia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czym</w:t>
            </w:r>
            <w:proofErr w:type="spellEnd"/>
            <w:r>
              <w:rPr>
                <w:sz w:val="17"/>
              </w:rPr>
              <w:t xml:space="preserve"> jest faktura,</w:t>
            </w:r>
          </w:p>
          <w:p w14:paraId="7A538802" w14:textId="77777777" w:rsidR="00F134D3" w:rsidRDefault="00000000">
            <w:pPr>
              <w:pStyle w:val="Listapunktowana"/>
            </w:pPr>
            <w:r>
              <w:rPr>
                <w:sz w:val="17"/>
              </w:rPr>
              <w:t>określa rodzaje różnych powierzchni na</w:t>
            </w:r>
          </w:p>
          <w:p w14:paraId="7195B321" w14:textId="77777777" w:rsidR="00F134D3" w:rsidRDefault="00000000">
            <w:r>
              <w:rPr>
                <w:sz w:val="17"/>
              </w:rPr>
              <w:t>przykładach z najbliższego otoczenia,</w:t>
            </w:r>
          </w:p>
          <w:p w14:paraId="1705E350" w14:textId="77777777" w:rsidR="00F134D3" w:rsidRDefault="00000000">
            <w:pPr>
              <w:pStyle w:val="Listapunktowana"/>
            </w:pPr>
            <w:r>
              <w:rPr>
                <w:sz w:val="17"/>
              </w:rPr>
              <w:t>podaje poznane przykłady otrzymywania</w:t>
            </w:r>
          </w:p>
          <w:p w14:paraId="57EE444F" w14:textId="77777777" w:rsidR="00F134D3" w:rsidRDefault="00000000">
            <w:r>
              <w:rPr>
                <w:sz w:val="17"/>
              </w:rPr>
              <w:t>faktury w działaniach plastycznych,</w:t>
            </w:r>
          </w:p>
          <w:p w14:paraId="6ABF7924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przedstawia przykłady faktury w rysunku,</w:t>
            </w:r>
          </w:p>
          <w:p w14:paraId="4E97503D" w14:textId="77777777" w:rsidR="00F134D3" w:rsidRDefault="00000000">
            <w:proofErr w:type="spellStart"/>
            <w:r>
              <w:rPr>
                <w:sz w:val="17"/>
              </w:rPr>
              <w:t>malarstwie</w:t>
            </w:r>
            <w:proofErr w:type="spellEnd"/>
            <w:r>
              <w:rPr>
                <w:sz w:val="17"/>
              </w:rPr>
              <w:t xml:space="preserve"> i </w:t>
            </w:r>
            <w:proofErr w:type="spellStart"/>
            <w:r>
              <w:rPr>
                <w:sz w:val="17"/>
              </w:rPr>
              <w:t>rzeźbie</w:t>
            </w:r>
            <w:proofErr w:type="spellEnd"/>
            <w:r>
              <w:rPr>
                <w:sz w:val="17"/>
              </w:rPr>
              <w:t>,</w:t>
            </w:r>
          </w:p>
          <w:p w14:paraId="1DEE1F29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uzyskuje w pracy fakturę poprzez odciśnięcie</w:t>
            </w:r>
          </w:p>
          <w:p w14:paraId="532E2A0E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przedmiotu, zastosowanie frotażu lub użycie</w:t>
            </w:r>
          </w:p>
          <w:p w14:paraId="2D1043D6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form o określonych powierzchniach,</w:t>
            </w:r>
          </w:p>
          <w:p w14:paraId="64074008" w14:textId="77777777" w:rsidR="00F134D3" w:rsidRDefault="00000000">
            <w:pPr>
              <w:pStyle w:val="Listapunktowana"/>
            </w:pPr>
            <w:proofErr w:type="spellStart"/>
            <w:r>
              <w:rPr>
                <w:sz w:val="17"/>
              </w:rPr>
              <w:t>wykonuje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pracę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plastyczną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korzystając</w:t>
            </w:r>
            <w:proofErr w:type="spellEnd"/>
            <w:r>
              <w:rPr>
                <w:sz w:val="17"/>
              </w:rPr>
              <w:t xml:space="preserve"> ze</w:t>
            </w:r>
          </w:p>
          <w:p w14:paraId="05306434" w14:textId="77777777" w:rsidR="00F134D3" w:rsidRDefault="00000000">
            <w:r>
              <w:rPr>
                <w:sz w:val="17"/>
              </w:rPr>
              <w:t>wskazówek zawartych w podręczniku.</w:t>
            </w:r>
          </w:p>
        </w:tc>
        <w:tc>
          <w:tcPr>
            <w:tcW w:w="4025" w:type="dxa"/>
          </w:tcPr>
          <w:p w14:paraId="2C80C495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omawia wybraną reprodukcję dzieła pod kątem</w:t>
            </w:r>
          </w:p>
          <w:p w14:paraId="6302499D" w14:textId="77777777" w:rsidR="00F134D3" w:rsidRDefault="00000000">
            <w:proofErr w:type="spellStart"/>
            <w:r>
              <w:rPr>
                <w:sz w:val="17"/>
              </w:rPr>
              <w:t>zastosowanej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faktury</w:t>
            </w:r>
            <w:proofErr w:type="spellEnd"/>
            <w:r>
              <w:rPr>
                <w:sz w:val="17"/>
              </w:rPr>
              <w:t>,</w:t>
            </w:r>
          </w:p>
          <w:p w14:paraId="69CF02CB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porównuje faktury dwóch wybranych reprodukcji dzieł</w:t>
            </w:r>
          </w:p>
          <w:p w14:paraId="45AB2221" w14:textId="77777777" w:rsidR="00F134D3" w:rsidRDefault="00000000">
            <w:proofErr w:type="spellStart"/>
            <w:r>
              <w:rPr>
                <w:sz w:val="17"/>
              </w:rPr>
              <w:t>malarskich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lub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rzeźbiarskich</w:t>
            </w:r>
            <w:proofErr w:type="spellEnd"/>
            <w:r>
              <w:rPr>
                <w:sz w:val="17"/>
              </w:rPr>
              <w:t>,</w:t>
            </w:r>
          </w:p>
          <w:p w14:paraId="5149138B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ocenia wpływ faktury na nastrój i wymowę dzieła na</w:t>
            </w:r>
          </w:p>
          <w:p w14:paraId="7B7FA73D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podstawie reprodukcji obrazu oraz własnej pracy,</w:t>
            </w:r>
          </w:p>
          <w:p w14:paraId="6B3FD701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tworzy z wyobraźni pracę plastyczną, twórczo</w:t>
            </w:r>
          </w:p>
          <w:p w14:paraId="0B282758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wykorzystując możliwości wyrazu stwarzane przez</w:t>
            </w:r>
          </w:p>
          <w:p w14:paraId="1E7A16B0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różnorodne faktury,</w:t>
            </w:r>
          </w:p>
          <w:p w14:paraId="4CC52EDC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omawia różnice w fakturach uzyskanych w różnego typu</w:t>
            </w:r>
          </w:p>
          <w:p w14:paraId="43A38E5B" w14:textId="77777777" w:rsidR="00F134D3" w:rsidRDefault="00000000">
            <w:proofErr w:type="spellStart"/>
            <w:r>
              <w:rPr>
                <w:sz w:val="17"/>
              </w:rPr>
              <w:t>działaniach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plastycznych</w:t>
            </w:r>
            <w:proofErr w:type="spellEnd"/>
            <w:r>
              <w:rPr>
                <w:sz w:val="17"/>
              </w:rPr>
              <w:t>,</w:t>
            </w:r>
          </w:p>
          <w:p w14:paraId="74990A21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wyjaśnia, czemu służy stosowanie faktury w rysunku,</w:t>
            </w:r>
          </w:p>
          <w:p w14:paraId="2E26825C" w14:textId="77777777" w:rsidR="00F134D3" w:rsidRDefault="00000000">
            <w:proofErr w:type="spellStart"/>
            <w:r>
              <w:rPr>
                <w:sz w:val="17"/>
              </w:rPr>
              <w:t>malarstwie</w:t>
            </w:r>
            <w:proofErr w:type="spellEnd"/>
            <w:r>
              <w:rPr>
                <w:sz w:val="17"/>
              </w:rPr>
              <w:t xml:space="preserve"> i </w:t>
            </w:r>
            <w:proofErr w:type="spellStart"/>
            <w:r>
              <w:rPr>
                <w:sz w:val="17"/>
              </w:rPr>
              <w:t>rzeźbie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F134D3" w14:paraId="3C76B8E5" w14:textId="77777777">
        <w:trPr>
          <w:cantSplit/>
          <w:jc w:val="center"/>
        </w:trPr>
        <w:tc>
          <w:tcPr>
            <w:tcW w:w="1814" w:type="dxa"/>
          </w:tcPr>
          <w:p w14:paraId="0DA2823E" w14:textId="77777777" w:rsidR="00F134D3" w:rsidRDefault="00000000">
            <w:r>
              <w:rPr>
                <w:b/>
                <w:sz w:val="17"/>
              </w:rPr>
              <w:t>12. i 13.</w:t>
            </w:r>
          </w:p>
          <w:p w14:paraId="2E6B4231" w14:textId="77777777" w:rsidR="00F134D3" w:rsidRDefault="00000000">
            <w:r>
              <w:rPr>
                <w:sz w:val="17"/>
              </w:rPr>
              <w:t>Kształt, forma,</w:t>
            </w:r>
          </w:p>
          <w:p w14:paraId="63D71815" w14:textId="77777777" w:rsidR="00F134D3" w:rsidRDefault="00000000">
            <w:r>
              <w:rPr>
                <w:sz w:val="17"/>
              </w:rPr>
              <w:t>bryła</w:t>
            </w:r>
          </w:p>
        </w:tc>
        <w:tc>
          <w:tcPr>
            <w:tcW w:w="4025" w:type="dxa"/>
          </w:tcPr>
          <w:p w14:paraId="4DC3C601" w14:textId="77777777" w:rsidR="00F134D3" w:rsidRDefault="00000000">
            <w:pPr>
              <w:pStyle w:val="Listapunktowana"/>
            </w:pPr>
            <w:r>
              <w:rPr>
                <w:sz w:val="17"/>
              </w:rPr>
              <w:t>wyjaśnia, czym jest forma,</w:t>
            </w:r>
          </w:p>
          <w:p w14:paraId="6A8FEF2D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wyodrębnia i określa kształty przedmiotów z</w:t>
            </w:r>
          </w:p>
          <w:p w14:paraId="2ED770E2" w14:textId="77777777" w:rsidR="00F134D3" w:rsidRDefault="00000000">
            <w:proofErr w:type="spellStart"/>
            <w:r>
              <w:rPr>
                <w:sz w:val="17"/>
              </w:rPr>
              <w:t>najbliższego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otoczenia</w:t>
            </w:r>
            <w:proofErr w:type="spellEnd"/>
            <w:r>
              <w:rPr>
                <w:sz w:val="17"/>
              </w:rPr>
              <w:t>,</w:t>
            </w:r>
          </w:p>
          <w:p w14:paraId="1A125849" w14:textId="77777777" w:rsidR="00F134D3" w:rsidRDefault="00000000">
            <w:pPr>
              <w:pStyle w:val="Listapunktowana"/>
            </w:pPr>
            <w:r>
              <w:rPr>
                <w:sz w:val="17"/>
              </w:rPr>
              <w:t>zaznacza w działaniach plastycznych kształty</w:t>
            </w:r>
          </w:p>
          <w:p w14:paraId="4CD19540" w14:textId="77777777" w:rsidR="00F134D3" w:rsidRDefault="00000000">
            <w:r>
              <w:rPr>
                <w:sz w:val="17"/>
              </w:rPr>
              <w:t>przedmiotów o prostej budowie,</w:t>
            </w:r>
          </w:p>
          <w:p w14:paraId="1F57A2F3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tłumaczy, jaka jest różnica między formą</w:t>
            </w:r>
          </w:p>
          <w:p w14:paraId="001310EF" w14:textId="77777777" w:rsidR="00F134D3" w:rsidRDefault="00000000">
            <w:proofErr w:type="spellStart"/>
            <w:r>
              <w:rPr>
                <w:sz w:val="17"/>
              </w:rPr>
              <w:t>płaską</w:t>
            </w:r>
            <w:proofErr w:type="spellEnd"/>
            <w:r>
              <w:rPr>
                <w:sz w:val="17"/>
              </w:rPr>
              <w:t xml:space="preserve"> a </w:t>
            </w:r>
            <w:proofErr w:type="spellStart"/>
            <w:r>
              <w:rPr>
                <w:sz w:val="17"/>
              </w:rPr>
              <w:t>przestrzenną</w:t>
            </w:r>
            <w:proofErr w:type="spellEnd"/>
            <w:r>
              <w:rPr>
                <w:sz w:val="17"/>
              </w:rPr>
              <w:t>,</w:t>
            </w:r>
          </w:p>
          <w:p w14:paraId="767D4D54" w14:textId="77777777" w:rsidR="00F134D3" w:rsidRDefault="00000000">
            <w:pPr>
              <w:pStyle w:val="Listapunktowana"/>
            </w:pPr>
            <w:r>
              <w:rPr>
                <w:sz w:val="17"/>
              </w:rPr>
              <w:t>wykorzystuje wybrane formy w działaniach</w:t>
            </w:r>
          </w:p>
          <w:p w14:paraId="400C8BAC" w14:textId="77777777" w:rsidR="00F134D3" w:rsidRDefault="00000000">
            <w:r>
              <w:rPr>
                <w:sz w:val="17"/>
              </w:rPr>
              <w:t>plastycznych.</w:t>
            </w:r>
          </w:p>
        </w:tc>
        <w:tc>
          <w:tcPr>
            <w:tcW w:w="4025" w:type="dxa"/>
          </w:tcPr>
          <w:p w14:paraId="3C572C36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wyjaśnia funkcję formy w sztuce,</w:t>
            </w:r>
          </w:p>
          <w:p w14:paraId="7747EE94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tłumaczy, czym się różni forma przestrzenna od rzeźby,</w:t>
            </w:r>
          </w:p>
          <w:p w14:paraId="1D98913D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porównuje formy dwóch wybranych reprodukcji dzieł</w:t>
            </w:r>
          </w:p>
          <w:p w14:paraId="0108932D" w14:textId="77777777" w:rsidR="00F134D3" w:rsidRDefault="00000000">
            <w:proofErr w:type="spellStart"/>
            <w:r>
              <w:rPr>
                <w:sz w:val="17"/>
              </w:rPr>
              <w:t>malarskich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lub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rzeźbiarskich</w:t>
            </w:r>
            <w:proofErr w:type="spellEnd"/>
            <w:r>
              <w:rPr>
                <w:sz w:val="17"/>
              </w:rPr>
              <w:t>,</w:t>
            </w:r>
          </w:p>
          <w:p w14:paraId="4102D9CC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ocenia wpływ zastosowanych kształtów lub brył na nastrój</w:t>
            </w:r>
          </w:p>
          <w:p w14:paraId="256A46A5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i wymowę dzieła na podstawie reprodukcji obrazu lub</w:t>
            </w:r>
          </w:p>
          <w:p w14:paraId="7924FD95" w14:textId="77777777" w:rsidR="00F134D3" w:rsidRDefault="00000000">
            <w:proofErr w:type="spellStart"/>
            <w:r>
              <w:rPr>
                <w:sz w:val="17"/>
              </w:rPr>
              <w:t>rzeźby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oraz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własnej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pracy</w:t>
            </w:r>
            <w:proofErr w:type="spellEnd"/>
            <w:r>
              <w:rPr>
                <w:sz w:val="17"/>
              </w:rPr>
              <w:t>,</w:t>
            </w:r>
          </w:p>
          <w:p w14:paraId="1B212E93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wykorzystuje formę jako środek wyrazu plastycznego w</w:t>
            </w:r>
          </w:p>
          <w:p w14:paraId="6304712D" w14:textId="77777777" w:rsidR="00F134D3" w:rsidRDefault="00000000">
            <w:proofErr w:type="spellStart"/>
            <w:r>
              <w:rPr>
                <w:sz w:val="17"/>
              </w:rPr>
              <w:t>działaniach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twórczych</w:t>
            </w:r>
            <w:proofErr w:type="spellEnd"/>
            <w:r>
              <w:rPr>
                <w:sz w:val="17"/>
              </w:rPr>
              <w:t>.</w:t>
            </w:r>
          </w:p>
        </w:tc>
      </w:tr>
    </w:tbl>
    <w:p w14:paraId="319FF219" w14:textId="77777777" w:rsidR="00F134D3" w:rsidRDefault="00000000">
      <w:r>
        <w:br w:type="page"/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4025"/>
        <w:gridCol w:w="4025"/>
      </w:tblGrid>
      <w:tr w:rsidR="00F134D3" w14:paraId="5030DEFC" w14:textId="77777777">
        <w:trPr>
          <w:jc w:val="center"/>
        </w:trPr>
        <w:tc>
          <w:tcPr>
            <w:tcW w:w="1814" w:type="dxa"/>
            <w:shd w:val="clear" w:color="auto" w:fill="EDEDED"/>
            <w:vAlign w:val="center"/>
          </w:tcPr>
          <w:p w14:paraId="601778CE" w14:textId="77777777" w:rsidR="00F134D3" w:rsidRDefault="00000000">
            <w:pPr>
              <w:jc w:val="center"/>
            </w:pPr>
            <w:r>
              <w:rPr>
                <w:b/>
              </w:rPr>
              <w:t>Numer i temat lekcji</w:t>
            </w:r>
          </w:p>
        </w:tc>
        <w:tc>
          <w:tcPr>
            <w:tcW w:w="4025" w:type="dxa"/>
            <w:shd w:val="clear" w:color="auto" w:fill="EDEDED"/>
            <w:vAlign w:val="center"/>
          </w:tcPr>
          <w:p w14:paraId="7F825ADD" w14:textId="77777777" w:rsidR="00F134D3" w:rsidRDefault="00000000">
            <w:pPr>
              <w:jc w:val="center"/>
            </w:pPr>
            <w:r>
              <w:rPr>
                <w:b/>
              </w:rPr>
              <w:t>Wymagania podstawowe</w:t>
            </w:r>
          </w:p>
        </w:tc>
        <w:tc>
          <w:tcPr>
            <w:tcW w:w="4025" w:type="dxa"/>
            <w:shd w:val="clear" w:color="auto" w:fill="EDEDED"/>
            <w:vAlign w:val="center"/>
          </w:tcPr>
          <w:p w14:paraId="46E4BCEE" w14:textId="77777777" w:rsidR="00F134D3" w:rsidRDefault="00000000">
            <w:pPr>
              <w:jc w:val="center"/>
            </w:pPr>
            <w:r>
              <w:rPr>
                <w:b/>
              </w:rPr>
              <w:t>Wymagania ponadpodstawowe</w:t>
            </w:r>
          </w:p>
        </w:tc>
      </w:tr>
      <w:tr w:rsidR="00F134D3" w14:paraId="1F9B0CC7" w14:textId="77777777">
        <w:trPr>
          <w:cantSplit/>
          <w:jc w:val="center"/>
        </w:trPr>
        <w:tc>
          <w:tcPr>
            <w:tcW w:w="1814" w:type="dxa"/>
          </w:tcPr>
          <w:p w14:paraId="7DE7524B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b/>
                <w:sz w:val="17"/>
                <w:lang w:val="pl-PL"/>
              </w:rPr>
              <w:t>14.</w:t>
            </w:r>
          </w:p>
          <w:p w14:paraId="2E4D04E7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Proporcje i</w:t>
            </w:r>
          </w:p>
          <w:p w14:paraId="5BC1DCEB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kontrasty form</w:t>
            </w:r>
          </w:p>
          <w:p w14:paraId="37451CC1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*Model</w:t>
            </w:r>
          </w:p>
          <w:p w14:paraId="716CFBD7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samochodu</w:t>
            </w:r>
          </w:p>
          <w:p w14:paraId="7D065E3D" w14:textId="77777777" w:rsidR="00F134D3" w:rsidRDefault="00000000">
            <w:proofErr w:type="spellStart"/>
            <w:r>
              <w:rPr>
                <w:sz w:val="17"/>
              </w:rPr>
              <w:t>przyszłości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lub</w:t>
            </w:r>
            <w:proofErr w:type="spellEnd"/>
          </w:p>
          <w:p w14:paraId="785A432B" w14:textId="77777777" w:rsidR="00F134D3" w:rsidRDefault="00000000">
            <w:r>
              <w:rPr>
                <w:sz w:val="17"/>
              </w:rPr>
              <w:t>statek</w:t>
            </w:r>
          </w:p>
          <w:p w14:paraId="39CFAFF3" w14:textId="77777777" w:rsidR="00F134D3" w:rsidRDefault="00000000">
            <w:r>
              <w:rPr>
                <w:sz w:val="17"/>
              </w:rPr>
              <w:t>kosmiczny</w:t>
            </w:r>
          </w:p>
        </w:tc>
        <w:tc>
          <w:tcPr>
            <w:tcW w:w="4025" w:type="dxa"/>
          </w:tcPr>
          <w:p w14:paraId="6F9DC355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tłumaczy, na czym polega kontrast form w</w:t>
            </w:r>
          </w:p>
          <w:p w14:paraId="125B8DB7" w14:textId="77777777" w:rsidR="00F134D3" w:rsidRDefault="00000000">
            <w:proofErr w:type="spellStart"/>
            <w:r>
              <w:rPr>
                <w:sz w:val="17"/>
              </w:rPr>
              <w:t>dziele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sztuki</w:t>
            </w:r>
            <w:proofErr w:type="spellEnd"/>
            <w:r>
              <w:rPr>
                <w:sz w:val="17"/>
              </w:rPr>
              <w:t>,</w:t>
            </w:r>
          </w:p>
          <w:p w14:paraId="5D586671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wyjaśnia, czym są proporcje form w dziele</w:t>
            </w:r>
          </w:p>
          <w:p w14:paraId="235EE966" w14:textId="77777777" w:rsidR="00F134D3" w:rsidRDefault="00000000">
            <w:proofErr w:type="spellStart"/>
            <w:r>
              <w:rPr>
                <w:sz w:val="17"/>
              </w:rPr>
              <w:t>sztuki</w:t>
            </w:r>
            <w:proofErr w:type="spellEnd"/>
            <w:r>
              <w:rPr>
                <w:sz w:val="17"/>
              </w:rPr>
              <w:t>,</w:t>
            </w:r>
          </w:p>
          <w:p w14:paraId="0B2CBA8F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posługuje się kontrastem form w działaniach</w:t>
            </w:r>
          </w:p>
          <w:p w14:paraId="4DFDC4E2" w14:textId="77777777" w:rsidR="00F134D3" w:rsidRDefault="00000000">
            <w:proofErr w:type="spellStart"/>
            <w:r>
              <w:rPr>
                <w:sz w:val="17"/>
              </w:rPr>
              <w:t>plastycznych</w:t>
            </w:r>
            <w:proofErr w:type="spellEnd"/>
            <w:r>
              <w:rPr>
                <w:sz w:val="17"/>
              </w:rPr>
              <w:t>,</w:t>
            </w:r>
          </w:p>
          <w:p w14:paraId="1B76F024" w14:textId="77777777" w:rsidR="00F134D3" w:rsidRDefault="00000000">
            <w:pPr>
              <w:pStyle w:val="Listapunktowana"/>
            </w:pPr>
            <w:r>
              <w:rPr>
                <w:sz w:val="17"/>
              </w:rPr>
              <w:t>wykonuje pracę plastyczną, korzystając ze</w:t>
            </w:r>
          </w:p>
          <w:p w14:paraId="3CE746FB" w14:textId="77777777" w:rsidR="00F134D3" w:rsidRDefault="00000000">
            <w:r>
              <w:rPr>
                <w:sz w:val="17"/>
              </w:rPr>
              <w:t>wskazówek zawartych w podręczniku.</w:t>
            </w:r>
          </w:p>
        </w:tc>
        <w:tc>
          <w:tcPr>
            <w:tcW w:w="4025" w:type="dxa"/>
          </w:tcPr>
          <w:p w14:paraId="0F9AE3FA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ocenia wpływ proporcji lub kontrastów form na nastrój i</w:t>
            </w:r>
          </w:p>
          <w:p w14:paraId="4428AAAA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wymowę dzieła na podstawie reprodukcji oraz własnej</w:t>
            </w:r>
          </w:p>
          <w:p w14:paraId="6728021D" w14:textId="77777777" w:rsidR="00F134D3" w:rsidRDefault="00000000">
            <w:proofErr w:type="spellStart"/>
            <w:r>
              <w:rPr>
                <w:sz w:val="17"/>
              </w:rPr>
              <w:t>pracy</w:t>
            </w:r>
            <w:proofErr w:type="spellEnd"/>
            <w:r>
              <w:rPr>
                <w:sz w:val="17"/>
              </w:rPr>
              <w:t>,</w:t>
            </w:r>
          </w:p>
          <w:p w14:paraId="04E601E2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porównuje wybrane dzieła pod kątem zastosowanych</w:t>
            </w:r>
          </w:p>
          <w:p w14:paraId="06E2EB6F" w14:textId="77777777" w:rsidR="00F134D3" w:rsidRDefault="00000000">
            <w:proofErr w:type="spellStart"/>
            <w:r>
              <w:rPr>
                <w:sz w:val="17"/>
              </w:rPr>
              <w:t>proporcji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lub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kontrastów</w:t>
            </w:r>
            <w:proofErr w:type="spellEnd"/>
            <w:r>
              <w:rPr>
                <w:sz w:val="17"/>
              </w:rPr>
              <w:t xml:space="preserve"> form,</w:t>
            </w:r>
          </w:p>
          <w:p w14:paraId="4A6EBADE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wyraża w pracy plastycznej uczucia i nastrój za pomocą</w:t>
            </w:r>
          </w:p>
          <w:p w14:paraId="1503C3AC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kontrastowo lub proporcjonalnie zestawionych form,</w:t>
            </w:r>
          </w:p>
          <w:p w14:paraId="4C765BF9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stosuje różnorodne rodzaje kontrastów form w działaniach</w:t>
            </w:r>
          </w:p>
          <w:p w14:paraId="73B34C06" w14:textId="77777777" w:rsidR="00F134D3" w:rsidRDefault="00000000">
            <w:proofErr w:type="spellStart"/>
            <w:r>
              <w:rPr>
                <w:sz w:val="17"/>
              </w:rPr>
              <w:t>plastycznych</w:t>
            </w:r>
            <w:proofErr w:type="spellEnd"/>
            <w:r>
              <w:rPr>
                <w:sz w:val="17"/>
              </w:rPr>
              <w:t>,</w:t>
            </w:r>
          </w:p>
          <w:p w14:paraId="407889F3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tworzy z wyobraźni pracę plastyczną, twórczo interpretując</w:t>
            </w:r>
          </w:p>
          <w:p w14:paraId="6B510E36" w14:textId="77777777" w:rsidR="00F134D3" w:rsidRDefault="00000000">
            <w:proofErr w:type="spellStart"/>
            <w:r>
              <w:rPr>
                <w:sz w:val="17"/>
              </w:rPr>
              <w:t>zadanie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F134D3" w:rsidRPr="00107787" w14:paraId="6E7B7140" w14:textId="77777777">
        <w:trPr>
          <w:cantSplit/>
          <w:jc w:val="center"/>
        </w:trPr>
        <w:tc>
          <w:tcPr>
            <w:tcW w:w="1814" w:type="dxa"/>
          </w:tcPr>
          <w:p w14:paraId="1A45FC25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b/>
                <w:sz w:val="17"/>
                <w:lang w:val="pl-PL"/>
              </w:rPr>
              <w:t>15.</w:t>
            </w:r>
          </w:p>
          <w:p w14:paraId="09E6E6B8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Proporcje form</w:t>
            </w:r>
          </w:p>
          <w:p w14:paraId="7A2DDB0F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 sztuce</w:t>
            </w:r>
          </w:p>
          <w:p w14:paraId="4C39D3D2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renesansu</w:t>
            </w:r>
          </w:p>
          <w:p w14:paraId="6180056A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*Projekt</w:t>
            </w:r>
          </w:p>
          <w:p w14:paraId="075CA374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budynku o</w:t>
            </w:r>
          </w:p>
          <w:p w14:paraId="07F75ADB" w14:textId="77777777" w:rsidR="00F134D3" w:rsidRPr="00107787" w:rsidRDefault="00000000">
            <w:pPr>
              <w:rPr>
                <w:lang w:val="pl-PL"/>
              </w:rPr>
            </w:pPr>
            <w:proofErr w:type="spellStart"/>
            <w:r w:rsidRPr="00107787">
              <w:rPr>
                <w:sz w:val="17"/>
                <w:lang w:val="pl-PL"/>
              </w:rPr>
              <w:t>zrównoważo</w:t>
            </w:r>
            <w:proofErr w:type="spellEnd"/>
            <w:r w:rsidRPr="00107787">
              <w:rPr>
                <w:sz w:val="17"/>
                <w:lang w:val="pl-PL"/>
              </w:rPr>
              <w:t>-</w:t>
            </w:r>
          </w:p>
          <w:p w14:paraId="37654280" w14:textId="77777777" w:rsidR="00F134D3" w:rsidRPr="00107787" w:rsidRDefault="00000000">
            <w:pPr>
              <w:rPr>
                <w:lang w:val="pl-PL"/>
              </w:rPr>
            </w:pPr>
            <w:proofErr w:type="spellStart"/>
            <w:r w:rsidRPr="00107787">
              <w:rPr>
                <w:sz w:val="17"/>
                <w:lang w:val="pl-PL"/>
              </w:rPr>
              <w:t>nych</w:t>
            </w:r>
            <w:proofErr w:type="spellEnd"/>
          </w:p>
          <w:p w14:paraId="42B4F228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proporcjach</w:t>
            </w:r>
          </w:p>
        </w:tc>
        <w:tc>
          <w:tcPr>
            <w:tcW w:w="4025" w:type="dxa"/>
          </w:tcPr>
          <w:p w14:paraId="32BAB136" w14:textId="77777777" w:rsidR="00F134D3" w:rsidRDefault="00000000">
            <w:pPr>
              <w:pStyle w:val="Listapunktowana"/>
            </w:pPr>
            <w:proofErr w:type="spellStart"/>
            <w:r>
              <w:rPr>
                <w:sz w:val="17"/>
              </w:rPr>
              <w:t>sytuuje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epokę</w:t>
            </w:r>
            <w:proofErr w:type="spellEnd"/>
            <w:r>
              <w:rPr>
                <w:sz w:val="17"/>
              </w:rPr>
              <w:t xml:space="preserve"> w </w:t>
            </w:r>
            <w:proofErr w:type="spellStart"/>
            <w:r>
              <w:rPr>
                <w:sz w:val="17"/>
              </w:rPr>
              <w:t>czasie</w:t>
            </w:r>
            <w:proofErr w:type="spellEnd"/>
            <w:r>
              <w:rPr>
                <w:sz w:val="17"/>
              </w:rPr>
              <w:t>,</w:t>
            </w:r>
          </w:p>
          <w:p w14:paraId="3F2D45CD" w14:textId="77777777" w:rsidR="00F134D3" w:rsidRDefault="00000000">
            <w:pPr>
              <w:pStyle w:val="Listapunktowana"/>
            </w:pPr>
            <w:r>
              <w:rPr>
                <w:sz w:val="17"/>
              </w:rPr>
              <w:t>wymienia cechy wytworów sztuki</w:t>
            </w:r>
          </w:p>
          <w:p w14:paraId="46DB9380" w14:textId="77777777" w:rsidR="00F134D3" w:rsidRDefault="00000000">
            <w:r>
              <w:rPr>
                <w:sz w:val="17"/>
              </w:rPr>
              <w:t>renesansowej,</w:t>
            </w:r>
          </w:p>
          <w:p w14:paraId="70B68105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podaje przykłady dzieł sztuki renesansowej,</w:t>
            </w:r>
          </w:p>
          <w:p w14:paraId="24808FC2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tworzy w wybranej technice plastycznej pracę</w:t>
            </w:r>
          </w:p>
          <w:p w14:paraId="7317D187" w14:textId="77777777" w:rsidR="00F134D3" w:rsidRDefault="00000000">
            <w:proofErr w:type="spellStart"/>
            <w:r>
              <w:rPr>
                <w:sz w:val="17"/>
              </w:rPr>
              <w:t>inspirowaną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sztuką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renesansu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4025" w:type="dxa"/>
          </w:tcPr>
          <w:p w14:paraId="73CE0FE4" w14:textId="77777777" w:rsidR="00F134D3" w:rsidRDefault="00000000">
            <w:pPr>
              <w:pStyle w:val="Listapunktowana"/>
            </w:pPr>
            <w:r>
              <w:rPr>
                <w:sz w:val="17"/>
              </w:rPr>
              <w:t>określa ramy czasowe epoki,</w:t>
            </w:r>
          </w:p>
          <w:p w14:paraId="434494BD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rozpoznaje typowe cechy wytworów sztuki renesansowej,</w:t>
            </w:r>
          </w:p>
          <w:p w14:paraId="390AFAB1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wymienia przykłady wytworów sztuki renesansu z</w:t>
            </w:r>
          </w:p>
          <w:p w14:paraId="75401E95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dziedziny malarstwa, rzeźby i architektury,</w:t>
            </w:r>
          </w:p>
          <w:p w14:paraId="37E22281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tworzy w określonej technice plastycznej pracę</w:t>
            </w:r>
          </w:p>
          <w:p w14:paraId="795289C0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inspirowaną sztuką odrodzenia, twórczo interpretując temat.</w:t>
            </w:r>
          </w:p>
        </w:tc>
      </w:tr>
      <w:tr w:rsidR="00F134D3" w:rsidRPr="00107787" w14:paraId="559B97BF" w14:textId="77777777">
        <w:trPr>
          <w:cantSplit/>
          <w:jc w:val="center"/>
        </w:trPr>
        <w:tc>
          <w:tcPr>
            <w:tcW w:w="1814" w:type="dxa"/>
          </w:tcPr>
          <w:p w14:paraId="10B490AD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b/>
                <w:sz w:val="17"/>
                <w:lang w:val="pl-PL"/>
              </w:rPr>
              <w:t>16.</w:t>
            </w:r>
          </w:p>
          <w:p w14:paraId="7A1EEA07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Tworzę przez</w:t>
            </w:r>
          </w:p>
          <w:p w14:paraId="0F04FCB1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cały rok –</w:t>
            </w:r>
          </w:p>
          <w:p w14:paraId="4D5EC660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Dekoracja na</w:t>
            </w:r>
          </w:p>
          <w:p w14:paraId="47ED33EE" w14:textId="77777777" w:rsidR="00F134D3" w:rsidRDefault="00000000">
            <w:proofErr w:type="spellStart"/>
            <w:r>
              <w:rPr>
                <w:sz w:val="17"/>
              </w:rPr>
              <w:t>Boże</w:t>
            </w:r>
            <w:proofErr w:type="spellEnd"/>
          </w:p>
          <w:p w14:paraId="71EE103E" w14:textId="77777777" w:rsidR="00F134D3" w:rsidRDefault="00000000">
            <w:r>
              <w:rPr>
                <w:sz w:val="17"/>
              </w:rPr>
              <w:t>Narodzenie</w:t>
            </w:r>
          </w:p>
        </w:tc>
        <w:tc>
          <w:tcPr>
            <w:tcW w:w="4025" w:type="dxa"/>
          </w:tcPr>
          <w:p w14:paraId="54F2121C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planuje kolejne etapy swojej pracy,</w:t>
            </w:r>
          </w:p>
          <w:p w14:paraId="65AD921D" w14:textId="77777777" w:rsidR="00F134D3" w:rsidRDefault="00000000">
            <w:pPr>
              <w:pStyle w:val="Listapunktowana"/>
            </w:pPr>
            <w:proofErr w:type="spellStart"/>
            <w:r>
              <w:rPr>
                <w:sz w:val="17"/>
              </w:rPr>
              <w:t>wykonuje</w:t>
            </w:r>
            <w:proofErr w:type="spellEnd"/>
            <w:r>
              <w:rPr>
                <w:sz w:val="17"/>
              </w:rPr>
              <w:t xml:space="preserve"> element </w:t>
            </w:r>
            <w:proofErr w:type="spellStart"/>
            <w:r>
              <w:rPr>
                <w:sz w:val="17"/>
              </w:rPr>
              <w:t>dekoracyjny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korzystając</w:t>
            </w:r>
            <w:proofErr w:type="spellEnd"/>
            <w:r>
              <w:rPr>
                <w:sz w:val="17"/>
              </w:rPr>
              <w:t xml:space="preserve"> z</w:t>
            </w:r>
          </w:p>
          <w:p w14:paraId="4ECB497C" w14:textId="77777777" w:rsidR="00F134D3" w:rsidRDefault="00000000">
            <w:r>
              <w:rPr>
                <w:sz w:val="17"/>
              </w:rPr>
              <w:t>podanych propozycji,</w:t>
            </w:r>
          </w:p>
          <w:p w14:paraId="67CF09EA" w14:textId="77777777" w:rsidR="00F134D3" w:rsidRDefault="00000000">
            <w:pPr>
              <w:pStyle w:val="Listapunktowana"/>
            </w:pPr>
            <w:r>
              <w:rPr>
                <w:sz w:val="17"/>
              </w:rPr>
              <w:t>stosuje w działaniach plastycznych określone</w:t>
            </w:r>
          </w:p>
          <w:p w14:paraId="0CBC371E" w14:textId="77777777" w:rsidR="00F134D3" w:rsidRDefault="00000000">
            <w:r>
              <w:rPr>
                <w:sz w:val="17"/>
              </w:rPr>
              <w:t>techniki i materiały.</w:t>
            </w:r>
          </w:p>
        </w:tc>
        <w:tc>
          <w:tcPr>
            <w:tcW w:w="4025" w:type="dxa"/>
          </w:tcPr>
          <w:p w14:paraId="2B9B3CF6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projektuje i tworzy dekorację według własnego pomysłu,</w:t>
            </w:r>
          </w:p>
          <w:p w14:paraId="7D7E72A5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twórczo wykorzystując możliwości wyrazu stwarzane przez</w:t>
            </w:r>
          </w:p>
          <w:p w14:paraId="77011681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różnorodne linie, plamy, barwy i kształty,</w:t>
            </w:r>
          </w:p>
          <w:p w14:paraId="7FC948B9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stosuje różne techniki i narzędzia plastyczne,</w:t>
            </w:r>
          </w:p>
          <w:p w14:paraId="67F7D6C4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wykorzystuje w swojej pracy wiedzę na temat właściwości</w:t>
            </w:r>
          </w:p>
          <w:p w14:paraId="29F71D42" w14:textId="77777777" w:rsidR="00F134D3" w:rsidRDefault="00000000">
            <w:proofErr w:type="spellStart"/>
            <w:r>
              <w:rPr>
                <w:sz w:val="17"/>
              </w:rPr>
              <w:t>materiałów</w:t>
            </w:r>
            <w:proofErr w:type="spellEnd"/>
            <w:r>
              <w:rPr>
                <w:sz w:val="17"/>
              </w:rPr>
              <w:t>,</w:t>
            </w:r>
          </w:p>
          <w:p w14:paraId="082A30B7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dba o estetyczne i staranne wykonanie pracy.</w:t>
            </w:r>
          </w:p>
        </w:tc>
      </w:tr>
      <w:tr w:rsidR="00F134D3" w14:paraId="7B0106CB" w14:textId="77777777">
        <w:trPr>
          <w:cantSplit/>
          <w:jc w:val="center"/>
        </w:trPr>
        <w:tc>
          <w:tcPr>
            <w:tcW w:w="1814" w:type="dxa"/>
          </w:tcPr>
          <w:p w14:paraId="4D196E3A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b/>
                <w:sz w:val="17"/>
                <w:lang w:val="pl-PL"/>
              </w:rPr>
              <w:t>17.</w:t>
            </w:r>
          </w:p>
          <w:p w14:paraId="63A679DD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Kompozycja</w:t>
            </w:r>
          </w:p>
          <w:p w14:paraId="049E087A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centralna</w:t>
            </w:r>
          </w:p>
          <w:p w14:paraId="3DB7E718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*Kompozycja z</w:t>
            </w:r>
          </w:p>
          <w:p w14:paraId="53295517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dziełem sztuki</w:t>
            </w:r>
          </w:p>
          <w:p w14:paraId="73B2373B" w14:textId="77777777" w:rsidR="00F134D3" w:rsidRDefault="00000000">
            <w:proofErr w:type="spellStart"/>
            <w:r>
              <w:rPr>
                <w:sz w:val="17"/>
              </w:rPr>
              <w:t>lub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fotografią</w:t>
            </w:r>
            <w:proofErr w:type="spellEnd"/>
          </w:p>
        </w:tc>
        <w:tc>
          <w:tcPr>
            <w:tcW w:w="4025" w:type="dxa"/>
          </w:tcPr>
          <w:p w14:paraId="16FDD782" w14:textId="77777777" w:rsidR="00F134D3" w:rsidRDefault="00000000">
            <w:pPr>
              <w:pStyle w:val="Listapunktowana"/>
            </w:pPr>
            <w:r>
              <w:rPr>
                <w:sz w:val="17"/>
              </w:rPr>
              <w:t>wyjaśnia, czym jest kompozycja,</w:t>
            </w:r>
          </w:p>
          <w:p w14:paraId="2341607C" w14:textId="77777777" w:rsidR="00F134D3" w:rsidRDefault="00000000">
            <w:pPr>
              <w:pStyle w:val="Listapunktowana"/>
            </w:pPr>
            <w:r>
              <w:rPr>
                <w:sz w:val="17"/>
              </w:rPr>
              <w:t>wskazuje przykłady kompozycji centralnej w</w:t>
            </w:r>
          </w:p>
          <w:p w14:paraId="1E1F28C0" w14:textId="77777777" w:rsidR="00F134D3" w:rsidRDefault="00000000">
            <w:r>
              <w:rPr>
                <w:sz w:val="17"/>
              </w:rPr>
              <w:t>najbliższym otoczeniu,</w:t>
            </w:r>
          </w:p>
          <w:p w14:paraId="2C6B0DF7" w14:textId="77777777" w:rsidR="00F134D3" w:rsidRDefault="00000000">
            <w:pPr>
              <w:pStyle w:val="Listapunktowana"/>
            </w:pPr>
            <w:r>
              <w:rPr>
                <w:sz w:val="17"/>
              </w:rPr>
              <w:t>rozpoznaje kompozycję centralną w dziele</w:t>
            </w:r>
          </w:p>
          <w:p w14:paraId="220389C2" w14:textId="77777777" w:rsidR="00F134D3" w:rsidRDefault="00000000">
            <w:r>
              <w:rPr>
                <w:sz w:val="17"/>
              </w:rPr>
              <w:t>sztuki,</w:t>
            </w:r>
          </w:p>
          <w:p w14:paraId="7CC8A6D2" w14:textId="77777777" w:rsidR="00F134D3" w:rsidRDefault="00000000">
            <w:pPr>
              <w:pStyle w:val="Listapunktowana"/>
            </w:pPr>
            <w:r>
              <w:rPr>
                <w:sz w:val="17"/>
              </w:rPr>
              <w:t>wykorzystuje zasady tworzenia kompozycji</w:t>
            </w:r>
          </w:p>
          <w:p w14:paraId="38B4D434" w14:textId="77777777" w:rsidR="00F134D3" w:rsidRDefault="00000000">
            <w:r>
              <w:rPr>
                <w:sz w:val="17"/>
              </w:rPr>
              <w:t>centralnej w działaniach plastycznych.</w:t>
            </w:r>
          </w:p>
        </w:tc>
        <w:tc>
          <w:tcPr>
            <w:tcW w:w="4025" w:type="dxa"/>
          </w:tcPr>
          <w:p w14:paraId="0C3DA9EF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przedstawia rolę kompozycji jako środka wyrazu</w:t>
            </w:r>
          </w:p>
          <w:p w14:paraId="34ACDD8A" w14:textId="77777777" w:rsidR="00F134D3" w:rsidRDefault="00000000">
            <w:proofErr w:type="spellStart"/>
            <w:r>
              <w:rPr>
                <w:sz w:val="17"/>
              </w:rPr>
              <w:t>plastycznego</w:t>
            </w:r>
            <w:proofErr w:type="spellEnd"/>
            <w:r>
              <w:rPr>
                <w:sz w:val="17"/>
              </w:rPr>
              <w:t>,</w:t>
            </w:r>
          </w:p>
          <w:p w14:paraId="66BBB4F2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określa cechy kompozycji centralnej na przykładzie</w:t>
            </w:r>
          </w:p>
          <w:p w14:paraId="4A19A27F" w14:textId="77777777" w:rsidR="00F134D3" w:rsidRDefault="00000000">
            <w:proofErr w:type="spellStart"/>
            <w:r>
              <w:rPr>
                <w:sz w:val="17"/>
              </w:rPr>
              <w:t>wybranej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reprodukcji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obrazu</w:t>
            </w:r>
            <w:proofErr w:type="spellEnd"/>
            <w:r>
              <w:rPr>
                <w:sz w:val="17"/>
              </w:rPr>
              <w:t>,</w:t>
            </w:r>
          </w:p>
          <w:p w14:paraId="547BC245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wyjaśnia, czym jest akcent plastyczny,</w:t>
            </w:r>
          </w:p>
          <w:p w14:paraId="2AD8ACA1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wskazuje w dziele akcent plastyczny,</w:t>
            </w:r>
          </w:p>
          <w:p w14:paraId="556374FA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stosuje kompozycję centralną i akcent plastyczny w</w:t>
            </w:r>
          </w:p>
          <w:p w14:paraId="638B8883" w14:textId="77777777" w:rsidR="00F134D3" w:rsidRDefault="00000000">
            <w:proofErr w:type="spellStart"/>
            <w:r>
              <w:rPr>
                <w:sz w:val="17"/>
              </w:rPr>
              <w:t>działaniach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twórczych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F134D3" w14:paraId="2B519B37" w14:textId="77777777">
        <w:trPr>
          <w:cantSplit/>
          <w:jc w:val="center"/>
        </w:trPr>
        <w:tc>
          <w:tcPr>
            <w:tcW w:w="1814" w:type="dxa"/>
          </w:tcPr>
          <w:p w14:paraId="716E8797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b/>
                <w:sz w:val="17"/>
                <w:lang w:val="pl-PL"/>
              </w:rPr>
              <w:t>18. i 19.</w:t>
            </w:r>
          </w:p>
          <w:p w14:paraId="385490C9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Kompozycja</w:t>
            </w:r>
          </w:p>
          <w:p w14:paraId="1F433C46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symetryczna i</w:t>
            </w:r>
          </w:p>
          <w:p w14:paraId="716C0751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asymetryczna</w:t>
            </w:r>
          </w:p>
          <w:p w14:paraId="5861AFFA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*Zwierzęta w</w:t>
            </w:r>
          </w:p>
          <w:p w14:paraId="36A8E5E8" w14:textId="77777777" w:rsidR="00F134D3" w:rsidRDefault="00000000">
            <w:proofErr w:type="spellStart"/>
            <w:r>
              <w:rPr>
                <w:sz w:val="17"/>
              </w:rPr>
              <w:t>ruchu</w:t>
            </w:r>
            <w:proofErr w:type="spellEnd"/>
          </w:p>
        </w:tc>
        <w:tc>
          <w:tcPr>
            <w:tcW w:w="4025" w:type="dxa"/>
          </w:tcPr>
          <w:p w14:paraId="0888D831" w14:textId="77777777" w:rsidR="00F134D3" w:rsidRDefault="00000000">
            <w:pPr>
              <w:pStyle w:val="Listapunktowana"/>
            </w:pPr>
            <w:r>
              <w:rPr>
                <w:sz w:val="17"/>
              </w:rPr>
              <w:t>wymienia niektóre cechy kompozycji</w:t>
            </w:r>
          </w:p>
          <w:p w14:paraId="04DA7A4A" w14:textId="77777777" w:rsidR="00F134D3" w:rsidRDefault="00000000">
            <w:r>
              <w:rPr>
                <w:sz w:val="17"/>
              </w:rPr>
              <w:t>symetrycznej i asymetrycznej,</w:t>
            </w:r>
          </w:p>
          <w:p w14:paraId="4C921BFC" w14:textId="77777777" w:rsidR="00F134D3" w:rsidRDefault="00000000">
            <w:pPr>
              <w:pStyle w:val="Listapunktowana"/>
            </w:pPr>
            <w:r>
              <w:rPr>
                <w:sz w:val="17"/>
              </w:rPr>
              <w:t>wskazuje przykłady kompozycji symetrycznej</w:t>
            </w:r>
          </w:p>
          <w:p w14:paraId="1C4867BE" w14:textId="77777777" w:rsidR="00F134D3" w:rsidRDefault="00000000">
            <w:r>
              <w:rPr>
                <w:sz w:val="17"/>
              </w:rPr>
              <w:t>w najbliższym otoczeniu,</w:t>
            </w:r>
          </w:p>
          <w:p w14:paraId="20C0ABA8" w14:textId="77777777" w:rsidR="00F134D3" w:rsidRDefault="00000000">
            <w:pPr>
              <w:pStyle w:val="Listapunktowana"/>
            </w:pPr>
            <w:r>
              <w:rPr>
                <w:sz w:val="17"/>
              </w:rPr>
              <w:t>rozpoznaje układy symetryczne i asymetryczne</w:t>
            </w:r>
          </w:p>
          <w:p w14:paraId="1A861863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na płaszczyźnie oraz w przestrzeni,</w:t>
            </w:r>
          </w:p>
          <w:p w14:paraId="256244F7" w14:textId="77777777" w:rsidR="00F134D3" w:rsidRDefault="00000000">
            <w:pPr>
              <w:pStyle w:val="Listapunktowana"/>
            </w:pPr>
            <w:proofErr w:type="spellStart"/>
            <w:r>
              <w:rPr>
                <w:sz w:val="17"/>
              </w:rPr>
              <w:t>tworzy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kompozycję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symetryczną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</w:t>
            </w:r>
            <w:proofErr w:type="spellEnd"/>
          </w:p>
          <w:p w14:paraId="45FC77A5" w14:textId="77777777" w:rsidR="00F134D3" w:rsidRDefault="00000000">
            <w:r>
              <w:rPr>
                <w:sz w:val="17"/>
              </w:rPr>
              <w:t>asymetryczną za pomocą poznanych środków</w:t>
            </w:r>
          </w:p>
          <w:p w14:paraId="0186CC76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wyrazu, korzystając ze wskazówek zawartych w</w:t>
            </w:r>
          </w:p>
          <w:p w14:paraId="2B5E8457" w14:textId="77777777" w:rsidR="00F134D3" w:rsidRDefault="00000000">
            <w:proofErr w:type="spellStart"/>
            <w:r>
              <w:rPr>
                <w:sz w:val="17"/>
              </w:rPr>
              <w:t>podręczniku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4025" w:type="dxa"/>
          </w:tcPr>
          <w:p w14:paraId="6407BD4B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wskazuje różnice między kompozycją symetryczną i</w:t>
            </w:r>
          </w:p>
          <w:p w14:paraId="17F5DABA" w14:textId="77777777" w:rsidR="00F134D3" w:rsidRDefault="00000000">
            <w:proofErr w:type="spellStart"/>
            <w:r>
              <w:rPr>
                <w:sz w:val="17"/>
              </w:rPr>
              <w:t>asymetryczną</w:t>
            </w:r>
            <w:proofErr w:type="spellEnd"/>
            <w:r>
              <w:rPr>
                <w:sz w:val="17"/>
              </w:rPr>
              <w:t>,</w:t>
            </w:r>
          </w:p>
          <w:p w14:paraId="4DD4BFBA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omawia cechy kompozycji symetrycznej i asymetrycznej</w:t>
            </w:r>
          </w:p>
          <w:p w14:paraId="75CC1836" w14:textId="77777777" w:rsidR="00F134D3" w:rsidRDefault="00000000">
            <w:proofErr w:type="spellStart"/>
            <w:r>
              <w:rPr>
                <w:sz w:val="17"/>
              </w:rPr>
              <w:t>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przykładzie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wybranych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reprodukcji</w:t>
            </w:r>
            <w:proofErr w:type="spellEnd"/>
            <w:r>
              <w:rPr>
                <w:sz w:val="17"/>
              </w:rPr>
              <w:t>,</w:t>
            </w:r>
          </w:p>
          <w:p w14:paraId="31C9C10F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porównuje wybrane obrazy pod kątem zastosowanej</w:t>
            </w:r>
          </w:p>
          <w:p w14:paraId="24003697" w14:textId="77777777" w:rsidR="00F134D3" w:rsidRDefault="00000000">
            <w:proofErr w:type="spellStart"/>
            <w:r>
              <w:rPr>
                <w:sz w:val="17"/>
              </w:rPr>
              <w:t>kompozycji</w:t>
            </w:r>
            <w:proofErr w:type="spellEnd"/>
            <w:r>
              <w:rPr>
                <w:sz w:val="17"/>
              </w:rPr>
              <w:t>,</w:t>
            </w:r>
          </w:p>
          <w:p w14:paraId="373B060A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twórczo stosuje kompozycję symetryczną i asymetryczną w</w:t>
            </w:r>
          </w:p>
          <w:p w14:paraId="6E637689" w14:textId="77777777" w:rsidR="00F134D3" w:rsidRDefault="00000000">
            <w:proofErr w:type="spellStart"/>
            <w:r>
              <w:rPr>
                <w:sz w:val="17"/>
              </w:rPr>
              <w:t>działaniach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plastycznych</w:t>
            </w:r>
            <w:proofErr w:type="spellEnd"/>
            <w:r>
              <w:rPr>
                <w:sz w:val="17"/>
              </w:rPr>
              <w:t>,</w:t>
            </w:r>
          </w:p>
          <w:p w14:paraId="78C75BDA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tworzy z wyobraźni pracę plastyczną, twórczo interpretując</w:t>
            </w:r>
          </w:p>
          <w:p w14:paraId="131BC497" w14:textId="77777777" w:rsidR="00F134D3" w:rsidRDefault="00000000">
            <w:proofErr w:type="spellStart"/>
            <w:r>
              <w:rPr>
                <w:sz w:val="17"/>
              </w:rPr>
              <w:t>zadanie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F134D3" w14:paraId="7286C49F" w14:textId="77777777">
        <w:trPr>
          <w:cantSplit/>
          <w:jc w:val="center"/>
        </w:trPr>
        <w:tc>
          <w:tcPr>
            <w:tcW w:w="1814" w:type="dxa"/>
          </w:tcPr>
          <w:p w14:paraId="74BC55F5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b/>
                <w:sz w:val="17"/>
                <w:lang w:val="pl-PL"/>
              </w:rPr>
              <w:t>20. i 21.</w:t>
            </w:r>
          </w:p>
          <w:p w14:paraId="783A950E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Kompozycja</w:t>
            </w:r>
          </w:p>
          <w:p w14:paraId="7A75406E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otwarta i</w:t>
            </w:r>
          </w:p>
          <w:p w14:paraId="7F35B005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zamknięta</w:t>
            </w:r>
          </w:p>
        </w:tc>
        <w:tc>
          <w:tcPr>
            <w:tcW w:w="4025" w:type="dxa"/>
          </w:tcPr>
          <w:p w14:paraId="49AEBDF5" w14:textId="77777777" w:rsidR="00F134D3" w:rsidRDefault="00000000">
            <w:pPr>
              <w:pStyle w:val="Listapunktowana"/>
            </w:pPr>
            <w:proofErr w:type="spellStart"/>
            <w:r>
              <w:rPr>
                <w:sz w:val="17"/>
              </w:rPr>
              <w:t>wymienia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cechy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kompozycji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otwartej</w:t>
            </w:r>
            <w:proofErr w:type="spellEnd"/>
            <w:r>
              <w:rPr>
                <w:sz w:val="17"/>
              </w:rPr>
              <w:t xml:space="preserve"> i</w:t>
            </w:r>
          </w:p>
          <w:p w14:paraId="4FBA2982" w14:textId="77777777" w:rsidR="00F134D3" w:rsidRDefault="00000000">
            <w:r>
              <w:rPr>
                <w:sz w:val="17"/>
              </w:rPr>
              <w:t>zamkniętej,</w:t>
            </w:r>
          </w:p>
          <w:p w14:paraId="33D74156" w14:textId="77777777" w:rsidR="00F134D3" w:rsidRDefault="00000000">
            <w:pPr>
              <w:pStyle w:val="Listapunktowana"/>
            </w:pPr>
            <w:r>
              <w:rPr>
                <w:sz w:val="17"/>
              </w:rPr>
              <w:t>wskazuje przykłady kompozycji otwartej i</w:t>
            </w:r>
          </w:p>
          <w:p w14:paraId="63F2434D" w14:textId="77777777" w:rsidR="00F134D3" w:rsidRDefault="00000000">
            <w:r>
              <w:rPr>
                <w:sz w:val="17"/>
              </w:rPr>
              <w:t>zamkniętej w najbliższym otoczeniu,</w:t>
            </w:r>
          </w:p>
          <w:p w14:paraId="600CD09D" w14:textId="77777777" w:rsidR="00F134D3" w:rsidRDefault="00000000">
            <w:pPr>
              <w:pStyle w:val="Listapunktowana"/>
            </w:pPr>
            <w:r>
              <w:rPr>
                <w:sz w:val="17"/>
              </w:rPr>
              <w:t>określa rodzaj kompozycji wybranych dzieł</w:t>
            </w:r>
          </w:p>
          <w:p w14:paraId="66AC0999" w14:textId="77777777" w:rsidR="00F134D3" w:rsidRDefault="00000000">
            <w:r>
              <w:rPr>
                <w:sz w:val="17"/>
              </w:rPr>
              <w:t>malarskich,</w:t>
            </w:r>
          </w:p>
          <w:p w14:paraId="70F9285E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stosuje kompozycję otwartą i zamkniętą w</w:t>
            </w:r>
          </w:p>
          <w:p w14:paraId="218E8CAB" w14:textId="77777777" w:rsidR="00F134D3" w:rsidRDefault="00000000">
            <w:proofErr w:type="spellStart"/>
            <w:r>
              <w:rPr>
                <w:sz w:val="17"/>
              </w:rPr>
              <w:t>działaniach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plastycznych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4025" w:type="dxa"/>
          </w:tcPr>
          <w:p w14:paraId="74B752F6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wskazuje różnice między kompozycją otwartą i zamkniętą,</w:t>
            </w:r>
          </w:p>
          <w:p w14:paraId="37F69537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przedstawia rolę kompozycji jako środka wyrazu</w:t>
            </w:r>
          </w:p>
          <w:p w14:paraId="09C71D8D" w14:textId="77777777" w:rsidR="00F134D3" w:rsidRDefault="00000000">
            <w:proofErr w:type="spellStart"/>
            <w:r>
              <w:rPr>
                <w:sz w:val="17"/>
              </w:rPr>
              <w:t>plastycznego</w:t>
            </w:r>
            <w:proofErr w:type="spellEnd"/>
            <w:r>
              <w:rPr>
                <w:sz w:val="17"/>
              </w:rPr>
              <w:t>,</w:t>
            </w:r>
          </w:p>
          <w:p w14:paraId="36C55109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porównuje wybrane reprodukcje dzieł pod kątem</w:t>
            </w:r>
          </w:p>
          <w:p w14:paraId="4AC2A38E" w14:textId="77777777" w:rsidR="00F134D3" w:rsidRDefault="00000000">
            <w:proofErr w:type="spellStart"/>
            <w:r>
              <w:rPr>
                <w:sz w:val="17"/>
              </w:rPr>
              <w:t>zastosowanej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kompozycji</w:t>
            </w:r>
            <w:proofErr w:type="spellEnd"/>
            <w:r>
              <w:rPr>
                <w:sz w:val="17"/>
              </w:rPr>
              <w:t>,</w:t>
            </w:r>
          </w:p>
          <w:p w14:paraId="28095DE6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 twórczy sposób stosuje odpowiednie środki wyrazu</w:t>
            </w:r>
          </w:p>
          <w:p w14:paraId="0A63F5D5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plastycznego do ukazania kompozycji otwartej i zamkniętej,</w:t>
            </w:r>
          </w:p>
          <w:p w14:paraId="37DAA57A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tworzy kompozycję otwartą i zamkniętą na płaszczyźnie z</w:t>
            </w:r>
          </w:p>
          <w:p w14:paraId="5A0AFC88" w14:textId="77777777" w:rsidR="00F134D3" w:rsidRDefault="00000000">
            <w:proofErr w:type="spellStart"/>
            <w:r>
              <w:rPr>
                <w:sz w:val="17"/>
              </w:rPr>
              <w:t>zastosowaniem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wybranej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techniki</w:t>
            </w:r>
            <w:proofErr w:type="spellEnd"/>
            <w:r>
              <w:rPr>
                <w:sz w:val="17"/>
              </w:rPr>
              <w:t>.</w:t>
            </w:r>
          </w:p>
        </w:tc>
      </w:tr>
    </w:tbl>
    <w:p w14:paraId="3731F216" w14:textId="77777777" w:rsidR="00F134D3" w:rsidRDefault="00000000">
      <w:r>
        <w:br w:type="page"/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4025"/>
        <w:gridCol w:w="4025"/>
      </w:tblGrid>
      <w:tr w:rsidR="00F134D3" w14:paraId="6797D8CE" w14:textId="77777777">
        <w:trPr>
          <w:jc w:val="center"/>
        </w:trPr>
        <w:tc>
          <w:tcPr>
            <w:tcW w:w="1814" w:type="dxa"/>
            <w:shd w:val="clear" w:color="auto" w:fill="EDEDED"/>
            <w:vAlign w:val="center"/>
          </w:tcPr>
          <w:p w14:paraId="1221063E" w14:textId="77777777" w:rsidR="00F134D3" w:rsidRDefault="00000000">
            <w:pPr>
              <w:jc w:val="center"/>
            </w:pPr>
            <w:r>
              <w:rPr>
                <w:b/>
              </w:rPr>
              <w:t>Numer i temat lekcji</w:t>
            </w:r>
          </w:p>
        </w:tc>
        <w:tc>
          <w:tcPr>
            <w:tcW w:w="4025" w:type="dxa"/>
            <w:shd w:val="clear" w:color="auto" w:fill="EDEDED"/>
            <w:vAlign w:val="center"/>
          </w:tcPr>
          <w:p w14:paraId="17F9409B" w14:textId="77777777" w:rsidR="00F134D3" w:rsidRDefault="00000000">
            <w:pPr>
              <w:jc w:val="center"/>
            </w:pPr>
            <w:r>
              <w:rPr>
                <w:b/>
              </w:rPr>
              <w:t>Wymagania podstawowe</w:t>
            </w:r>
          </w:p>
        </w:tc>
        <w:tc>
          <w:tcPr>
            <w:tcW w:w="4025" w:type="dxa"/>
            <w:shd w:val="clear" w:color="auto" w:fill="EDEDED"/>
            <w:vAlign w:val="center"/>
          </w:tcPr>
          <w:p w14:paraId="50304A1B" w14:textId="77777777" w:rsidR="00F134D3" w:rsidRDefault="00000000">
            <w:pPr>
              <w:jc w:val="center"/>
            </w:pPr>
            <w:r>
              <w:rPr>
                <w:b/>
              </w:rPr>
              <w:t>Wymagania ponadpodstawowe</w:t>
            </w:r>
          </w:p>
        </w:tc>
      </w:tr>
      <w:tr w:rsidR="00F134D3" w14:paraId="39AFCB61" w14:textId="77777777">
        <w:trPr>
          <w:cantSplit/>
          <w:jc w:val="center"/>
        </w:trPr>
        <w:tc>
          <w:tcPr>
            <w:tcW w:w="1814" w:type="dxa"/>
          </w:tcPr>
          <w:p w14:paraId="47653F5C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b/>
                <w:sz w:val="17"/>
                <w:lang w:val="pl-PL"/>
              </w:rPr>
              <w:t>22. i 23.</w:t>
            </w:r>
          </w:p>
          <w:p w14:paraId="123C952D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Kompozycja</w:t>
            </w:r>
          </w:p>
          <w:p w14:paraId="39339047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statyczna i</w:t>
            </w:r>
          </w:p>
          <w:p w14:paraId="0A32BEBA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dynamiczna</w:t>
            </w:r>
          </w:p>
          <w:p w14:paraId="57CB8B42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*Martwa</w:t>
            </w:r>
          </w:p>
          <w:p w14:paraId="36AA4AD4" w14:textId="77777777" w:rsidR="00F134D3" w:rsidRDefault="00000000">
            <w:r>
              <w:rPr>
                <w:sz w:val="17"/>
              </w:rPr>
              <w:t>natura</w:t>
            </w:r>
          </w:p>
          <w:p w14:paraId="3E05776A" w14:textId="77777777" w:rsidR="00F134D3" w:rsidRDefault="00000000">
            <w:r>
              <w:rPr>
                <w:sz w:val="17"/>
              </w:rPr>
              <w:t>*Żywioły</w:t>
            </w:r>
          </w:p>
        </w:tc>
        <w:tc>
          <w:tcPr>
            <w:tcW w:w="4025" w:type="dxa"/>
          </w:tcPr>
          <w:p w14:paraId="72C2F386" w14:textId="77777777" w:rsidR="00F134D3" w:rsidRDefault="00000000">
            <w:pPr>
              <w:pStyle w:val="Listapunktowana"/>
            </w:pPr>
            <w:r>
              <w:rPr>
                <w:sz w:val="17"/>
              </w:rPr>
              <w:t>omawia cechy kompozycji statycznej i</w:t>
            </w:r>
          </w:p>
          <w:p w14:paraId="3C05499A" w14:textId="77777777" w:rsidR="00F134D3" w:rsidRDefault="00000000">
            <w:r>
              <w:rPr>
                <w:sz w:val="17"/>
              </w:rPr>
              <w:t>dynamicznej,</w:t>
            </w:r>
          </w:p>
          <w:p w14:paraId="31E55E68" w14:textId="77777777" w:rsidR="00F134D3" w:rsidRDefault="00000000">
            <w:pPr>
              <w:pStyle w:val="Listapunktowana"/>
            </w:pPr>
            <w:r>
              <w:rPr>
                <w:sz w:val="17"/>
              </w:rPr>
              <w:t>podaje przykłady kompozycji statycznej i</w:t>
            </w:r>
          </w:p>
          <w:p w14:paraId="47637DDE" w14:textId="77777777" w:rsidR="00F134D3" w:rsidRDefault="00000000">
            <w:r>
              <w:rPr>
                <w:sz w:val="17"/>
              </w:rPr>
              <w:t>dynamicznej w najbliższym otoczeniu,</w:t>
            </w:r>
          </w:p>
          <w:p w14:paraId="4EE08F6E" w14:textId="77777777" w:rsidR="00F134D3" w:rsidRDefault="00000000">
            <w:pPr>
              <w:pStyle w:val="Listapunktowana"/>
            </w:pPr>
            <w:r>
              <w:rPr>
                <w:sz w:val="17"/>
              </w:rPr>
              <w:t>wymienia elementy i układy tworzące</w:t>
            </w:r>
          </w:p>
          <w:p w14:paraId="17EB4A60" w14:textId="77777777" w:rsidR="00F134D3" w:rsidRDefault="00000000">
            <w:r>
              <w:rPr>
                <w:sz w:val="17"/>
              </w:rPr>
              <w:t>kompozycję dynamiczną i statyczną,</w:t>
            </w:r>
          </w:p>
          <w:p w14:paraId="38910F6E" w14:textId="77777777" w:rsidR="00F134D3" w:rsidRDefault="00000000">
            <w:pPr>
              <w:pStyle w:val="Listapunktowana"/>
            </w:pPr>
            <w:r>
              <w:rPr>
                <w:sz w:val="17"/>
              </w:rPr>
              <w:t>wskazuje przykłady kompozycji statycznej i</w:t>
            </w:r>
          </w:p>
          <w:p w14:paraId="3009BE89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dynamicznej w reprodukcjach wybranych dzieł,</w:t>
            </w:r>
          </w:p>
          <w:p w14:paraId="00DF63DE" w14:textId="77777777" w:rsidR="00F134D3" w:rsidRDefault="00000000">
            <w:pPr>
              <w:pStyle w:val="Listapunktowana"/>
            </w:pPr>
            <w:proofErr w:type="spellStart"/>
            <w:r>
              <w:rPr>
                <w:sz w:val="17"/>
              </w:rPr>
              <w:t>tworzy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kompozycję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dynamiczną</w:t>
            </w:r>
            <w:proofErr w:type="spellEnd"/>
            <w:r>
              <w:rPr>
                <w:sz w:val="17"/>
              </w:rPr>
              <w:t xml:space="preserve"> za </w:t>
            </w:r>
            <w:proofErr w:type="spellStart"/>
            <w:r>
              <w:rPr>
                <w:sz w:val="17"/>
              </w:rPr>
              <w:t>pomocą</w:t>
            </w:r>
            <w:proofErr w:type="spellEnd"/>
          </w:p>
          <w:p w14:paraId="1506E3D0" w14:textId="77777777" w:rsidR="00F134D3" w:rsidRDefault="00000000">
            <w:r>
              <w:rPr>
                <w:sz w:val="17"/>
              </w:rPr>
              <w:t>poznanych środków wyrazu, korzystając ze</w:t>
            </w:r>
          </w:p>
          <w:p w14:paraId="445E63D4" w14:textId="77777777" w:rsidR="00F134D3" w:rsidRDefault="00000000">
            <w:r>
              <w:rPr>
                <w:sz w:val="17"/>
              </w:rPr>
              <w:t>wskazówek zawartych w podręczniku.</w:t>
            </w:r>
          </w:p>
        </w:tc>
        <w:tc>
          <w:tcPr>
            <w:tcW w:w="4025" w:type="dxa"/>
          </w:tcPr>
          <w:p w14:paraId="74288302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wskazuje różnice między kompozycją statyczną i</w:t>
            </w:r>
          </w:p>
          <w:p w14:paraId="5136D4B8" w14:textId="77777777" w:rsidR="00F134D3" w:rsidRDefault="00000000">
            <w:proofErr w:type="spellStart"/>
            <w:r>
              <w:rPr>
                <w:sz w:val="17"/>
              </w:rPr>
              <w:t>dynamiczną</w:t>
            </w:r>
            <w:proofErr w:type="spellEnd"/>
            <w:r>
              <w:rPr>
                <w:sz w:val="17"/>
              </w:rPr>
              <w:t>,</w:t>
            </w:r>
          </w:p>
          <w:p w14:paraId="3F8B6D63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wykonuje na płaszczyźnie kompozycję dynamiczną z</w:t>
            </w:r>
          </w:p>
          <w:p w14:paraId="62F040EF" w14:textId="77777777" w:rsidR="00F134D3" w:rsidRDefault="00000000">
            <w:proofErr w:type="spellStart"/>
            <w:r>
              <w:rPr>
                <w:sz w:val="17"/>
              </w:rPr>
              <w:t>zastosowaniem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wybranej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techniki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plastycznej</w:t>
            </w:r>
            <w:proofErr w:type="spellEnd"/>
            <w:r>
              <w:rPr>
                <w:sz w:val="17"/>
              </w:rPr>
              <w:t>,</w:t>
            </w:r>
          </w:p>
          <w:p w14:paraId="35F80617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omawia wybrane reprodukcje pod kątem zastosowanej</w:t>
            </w:r>
          </w:p>
          <w:p w14:paraId="070E5E1A" w14:textId="77777777" w:rsidR="00F134D3" w:rsidRDefault="00000000">
            <w:proofErr w:type="spellStart"/>
            <w:r>
              <w:rPr>
                <w:sz w:val="17"/>
              </w:rPr>
              <w:t>kompozycji</w:t>
            </w:r>
            <w:proofErr w:type="spellEnd"/>
            <w:r>
              <w:rPr>
                <w:sz w:val="17"/>
              </w:rPr>
              <w:t>,</w:t>
            </w:r>
          </w:p>
          <w:p w14:paraId="4D3CB255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twórczo wykorzystuje różnorodne techniki i środki wyrazu</w:t>
            </w:r>
          </w:p>
          <w:p w14:paraId="2C924B22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do tworzenia kompozycji statycznej i dynamicznej,</w:t>
            </w:r>
          </w:p>
          <w:p w14:paraId="0359328B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tworzy z wyobraźni pracę plastyczną, twórczo interpretując</w:t>
            </w:r>
          </w:p>
          <w:p w14:paraId="0FF4B426" w14:textId="77777777" w:rsidR="00F134D3" w:rsidRDefault="00000000">
            <w:proofErr w:type="spellStart"/>
            <w:r>
              <w:rPr>
                <w:sz w:val="17"/>
              </w:rPr>
              <w:t>zadanie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F134D3" w:rsidRPr="00107787" w14:paraId="3A3662C1" w14:textId="77777777">
        <w:trPr>
          <w:cantSplit/>
          <w:jc w:val="center"/>
        </w:trPr>
        <w:tc>
          <w:tcPr>
            <w:tcW w:w="1814" w:type="dxa"/>
          </w:tcPr>
          <w:p w14:paraId="281A1D35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b/>
                <w:sz w:val="17"/>
                <w:lang w:val="pl-PL"/>
              </w:rPr>
              <w:t>24.</w:t>
            </w:r>
          </w:p>
          <w:p w14:paraId="0CDF5359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Kompozycja</w:t>
            </w:r>
          </w:p>
          <w:p w14:paraId="6E8D2FAE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dynamiczna w</w:t>
            </w:r>
          </w:p>
          <w:p w14:paraId="396B28D0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sztuce baroku</w:t>
            </w:r>
          </w:p>
        </w:tc>
        <w:tc>
          <w:tcPr>
            <w:tcW w:w="4025" w:type="dxa"/>
          </w:tcPr>
          <w:p w14:paraId="5F097E1D" w14:textId="77777777" w:rsidR="00F134D3" w:rsidRDefault="00000000">
            <w:pPr>
              <w:pStyle w:val="Listapunktowana"/>
            </w:pPr>
            <w:proofErr w:type="spellStart"/>
            <w:r>
              <w:rPr>
                <w:sz w:val="17"/>
              </w:rPr>
              <w:t>sytuuje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epokę</w:t>
            </w:r>
            <w:proofErr w:type="spellEnd"/>
            <w:r>
              <w:rPr>
                <w:sz w:val="17"/>
              </w:rPr>
              <w:t xml:space="preserve"> w </w:t>
            </w:r>
            <w:proofErr w:type="spellStart"/>
            <w:r>
              <w:rPr>
                <w:sz w:val="17"/>
              </w:rPr>
              <w:t>czasie</w:t>
            </w:r>
            <w:proofErr w:type="spellEnd"/>
            <w:r>
              <w:rPr>
                <w:sz w:val="17"/>
              </w:rPr>
              <w:t>,</w:t>
            </w:r>
          </w:p>
          <w:p w14:paraId="0A38147A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wymienia cechy wytworów sztuki barokowej,</w:t>
            </w:r>
          </w:p>
          <w:p w14:paraId="24763C0D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podaje przykłady dzieł sztuki baroku,</w:t>
            </w:r>
          </w:p>
          <w:p w14:paraId="66EA8D3F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tworzy w wybranej technice plastycznej pracę</w:t>
            </w:r>
          </w:p>
          <w:p w14:paraId="4F399183" w14:textId="77777777" w:rsidR="00F134D3" w:rsidRDefault="00000000">
            <w:proofErr w:type="spellStart"/>
            <w:r>
              <w:rPr>
                <w:sz w:val="17"/>
              </w:rPr>
              <w:t>inspirowaną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sztuką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baroku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4025" w:type="dxa"/>
          </w:tcPr>
          <w:p w14:paraId="6E903072" w14:textId="77777777" w:rsidR="00F134D3" w:rsidRDefault="00000000">
            <w:pPr>
              <w:pStyle w:val="Listapunktowana"/>
            </w:pPr>
            <w:r>
              <w:rPr>
                <w:sz w:val="17"/>
              </w:rPr>
              <w:t>określa ramy czasowe epoki,</w:t>
            </w:r>
          </w:p>
          <w:p w14:paraId="2C9F67CC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rozpoznaje typowe cechy wytworów sztuki barokowej,</w:t>
            </w:r>
          </w:p>
          <w:p w14:paraId="7A5DC39D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wymienia przykłady wytworów sztuki baroku z dziedziny</w:t>
            </w:r>
          </w:p>
          <w:p w14:paraId="7A265B50" w14:textId="77777777" w:rsidR="00F134D3" w:rsidRDefault="00000000">
            <w:proofErr w:type="spellStart"/>
            <w:r>
              <w:rPr>
                <w:sz w:val="17"/>
              </w:rPr>
              <w:t>malarstwa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rzeźby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architektury</w:t>
            </w:r>
            <w:proofErr w:type="spellEnd"/>
            <w:r>
              <w:rPr>
                <w:sz w:val="17"/>
              </w:rPr>
              <w:t>,</w:t>
            </w:r>
          </w:p>
          <w:p w14:paraId="2C8A00E1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tworzy w określonej technice plastycznej pracę</w:t>
            </w:r>
          </w:p>
          <w:p w14:paraId="4550721C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inspirowaną sztuką baroku, twórczo interpretując temat.</w:t>
            </w:r>
          </w:p>
        </w:tc>
      </w:tr>
      <w:tr w:rsidR="00F134D3" w:rsidRPr="00107787" w14:paraId="0F029BDE" w14:textId="77777777">
        <w:trPr>
          <w:cantSplit/>
          <w:jc w:val="center"/>
        </w:trPr>
        <w:tc>
          <w:tcPr>
            <w:tcW w:w="1814" w:type="dxa"/>
          </w:tcPr>
          <w:p w14:paraId="537763FF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b/>
                <w:sz w:val="17"/>
                <w:lang w:val="pl-PL"/>
              </w:rPr>
              <w:t>25.</w:t>
            </w:r>
          </w:p>
          <w:p w14:paraId="26441E55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Kompozycja</w:t>
            </w:r>
          </w:p>
          <w:p w14:paraId="1E4C5D8D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statyczna w</w:t>
            </w:r>
          </w:p>
          <w:p w14:paraId="72ADA650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sztuce</w:t>
            </w:r>
          </w:p>
          <w:p w14:paraId="0AD23ED5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klasycyzmu</w:t>
            </w:r>
          </w:p>
        </w:tc>
        <w:tc>
          <w:tcPr>
            <w:tcW w:w="4025" w:type="dxa"/>
          </w:tcPr>
          <w:p w14:paraId="3EC116EB" w14:textId="77777777" w:rsidR="00F134D3" w:rsidRDefault="00000000">
            <w:pPr>
              <w:pStyle w:val="Listapunktowana"/>
            </w:pPr>
            <w:proofErr w:type="spellStart"/>
            <w:r>
              <w:rPr>
                <w:sz w:val="17"/>
              </w:rPr>
              <w:t>sytuuje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epokę</w:t>
            </w:r>
            <w:proofErr w:type="spellEnd"/>
            <w:r>
              <w:rPr>
                <w:sz w:val="17"/>
              </w:rPr>
              <w:t xml:space="preserve"> w </w:t>
            </w:r>
            <w:proofErr w:type="spellStart"/>
            <w:r>
              <w:rPr>
                <w:sz w:val="17"/>
              </w:rPr>
              <w:t>czasie</w:t>
            </w:r>
            <w:proofErr w:type="spellEnd"/>
            <w:r>
              <w:rPr>
                <w:sz w:val="17"/>
              </w:rPr>
              <w:t>,</w:t>
            </w:r>
          </w:p>
          <w:p w14:paraId="10990F4A" w14:textId="77777777" w:rsidR="00F134D3" w:rsidRDefault="00000000">
            <w:pPr>
              <w:pStyle w:val="Listapunktowana"/>
            </w:pPr>
            <w:r>
              <w:rPr>
                <w:sz w:val="17"/>
              </w:rPr>
              <w:t>wymienia cechy wytworów sztuki</w:t>
            </w:r>
          </w:p>
          <w:p w14:paraId="5AEC3C29" w14:textId="77777777" w:rsidR="00F134D3" w:rsidRDefault="00000000">
            <w:r>
              <w:rPr>
                <w:sz w:val="17"/>
              </w:rPr>
              <w:t>klasycystycznej,</w:t>
            </w:r>
          </w:p>
          <w:p w14:paraId="33CCC62A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podaje przykłady dzieł sztuki klasycyzmu,</w:t>
            </w:r>
          </w:p>
          <w:p w14:paraId="51DB07DB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tworzy w wybranej technice plastycznej pracę</w:t>
            </w:r>
          </w:p>
          <w:p w14:paraId="5AC94B27" w14:textId="77777777" w:rsidR="00F134D3" w:rsidRDefault="00000000">
            <w:proofErr w:type="spellStart"/>
            <w:r>
              <w:rPr>
                <w:sz w:val="17"/>
              </w:rPr>
              <w:t>inspirowaną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sztuką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klasycyzmu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4025" w:type="dxa"/>
          </w:tcPr>
          <w:p w14:paraId="7754F4E6" w14:textId="77777777" w:rsidR="00F134D3" w:rsidRDefault="00000000">
            <w:pPr>
              <w:pStyle w:val="Listapunktowana"/>
            </w:pPr>
            <w:r>
              <w:rPr>
                <w:sz w:val="17"/>
              </w:rPr>
              <w:t>określa ramy czasowe epoki,</w:t>
            </w:r>
          </w:p>
          <w:p w14:paraId="114424AD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rozpoznaje typowe cechy wytworów sztuki klasycyzmu,</w:t>
            </w:r>
          </w:p>
          <w:p w14:paraId="7E3FC3E8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wymienia przykłady wytworów sztuki klasycyzmu z</w:t>
            </w:r>
          </w:p>
          <w:p w14:paraId="6F4B8AEC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dziedziny malarstwa, rzeźby i architektury,</w:t>
            </w:r>
          </w:p>
          <w:p w14:paraId="401D7273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tworzy w określonej technice plastycznej pracę</w:t>
            </w:r>
          </w:p>
          <w:p w14:paraId="44BC8337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inspirowaną sztuką klasycyzmu, twórczo interpretując temat.</w:t>
            </w:r>
          </w:p>
        </w:tc>
      </w:tr>
      <w:tr w:rsidR="00F134D3" w:rsidRPr="00107787" w14:paraId="64F83340" w14:textId="77777777">
        <w:trPr>
          <w:cantSplit/>
          <w:jc w:val="center"/>
        </w:trPr>
        <w:tc>
          <w:tcPr>
            <w:tcW w:w="1814" w:type="dxa"/>
          </w:tcPr>
          <w:p w14:paraId="722240AD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b/>
                <w:sz w:val="17"/>
                <w:lang w:val="pl-PL"/>
              </w:rPr>
              <w:t>26.</w:t>
            </w:r>
          </w:p>
          <w:p w14:paraId="2718336C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Tworzę przez</w:t>
            </w:r>
          </w:p>
          <w:p w14:paraId="66797266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cały rok –</w:t>
            </w:r>
          </w:p>
          <w:p w14:paraId="5C26ADC9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Dekoracja na</w:t>
            </w:r>
          </w:p>
          <w:p w14:paraId="52E5E617" w14:textId="77777777" w:rsidR="00F134D3" w:rsidRDefault="00000000">
            <w:proofErr w:type="spellStart"/>
            <w:r>
              <w:rPr>
                <w:sz w:val="17"/>
              </w:rPr>
              <w:t>Wielkanoc</w:t>
            </w:r>
            <w:proofErr w:type="spellEnd"/>
          </w:p>
        </w:tc>
        <w:tc>
          <w:tcPr>
            <w:tcW w:w="4025" w:type="dxa"/>
          </w:tcPr>
          <w:p w14:paraId="58B8D3AD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planuje kolejne etapy swojej pracy,</w:t>
            </w:r>
          </w:p>
          <w:p w14:paraId="459D6D16" w14:textId="77777777" w:rsidR="00F134D3" w:rsidRDefault="00000000">
            <w:pPr>
              <w:pStyle w:val="Listapunktowana"/>
            </w:pPr>
            <w:proofErr w:type="spellStart"/>
            <w:r>
              <w:rPr>
                <w:sz w:val="17"/>
              </w:rPr>
              <w:t>wykonuje</w:t>
            </w:r>
            <w:proofErr w:type="spellEnd"/>
            <w:r>
              <w:rPr>
                <w:sz w:val="17"/>
              </w:rPr>
              <w:t xml:space="preserve"> element </w:t>
            </w:r>
            <w:proofErr w:type="spellStart"/>
            <w:r>
              <w:rPr>
                <w:sz w:val="17"/>
              </w:rPr>
              <w:t>dekoracyjny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korzystając</w:t>
            </w:r>
            <w:proofErr w:type="spellEnd"/>
            <w:r>
              <w:rPr>
                <w:sz w:val="17"/>
              </w:rPr>
              <w:t xml:space="preserve"> z</w:t>
            </w:r>
          </w:p>
          <w:p w14:paraId="436ECBA5" w14:textId="77777777" w:rsidR="00F134D3" w:rsidRDefault="00000000">
            <w:r>
              <w:rPr>
                <w:sz w:val="17"/>
              </w:rPr>
              <w:t>podanych propozycji,</w:t>
            </w:r>
          </w:p>
          <w:p w14:paraId="0C874CF1" w14:textId="77777777" w:rsidR="00F134D3" w:rsidRDefault="00000000">
            <w:pPr>
              <w:pStyle w:val="Listapunktowana"/>
            </w:pPr>
            <w:r>
              <w:rPr>
                <w:sz w:val="17"/>
              </w:rPr>
              <w:t>stosuje w działaniach plastycznych określone</w:t>
            </w:r>
          </w:p>
          <w:p w14:paraId="3D9F5E6A" w14:textId="77777777" w:rsidR="00F134D3" w:rsidRDefault="00000000">
            <w:r>
              <w:rPr>
                <w:sz w:val="17"/>
              </w:rPr>
              <w:t>techniki i materiały.</w:t>
            </w:r>
          </w:p>
        </w:tc>
        <w:tc>
          <w:tcPr>
            <w:tcW w:w="4025" w:type="dxa"/>
          </w:tcPr>
          <w:p w14:paraId="25F5F06F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projektuje i tworzy dekorację według własnego pomysłu,</w:t>
            </w:r>
          </w:p>
          <w:p w14:paraId="6715A9B0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twórczo wykorzystując możliwości wyrazu stwarzane przez</w:t>
            </w:r>
          </w:p>
          <w:p w14:paraId="451BBD33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różnorodne linie, plamy, barwy i kształty,</w:t>
            </w:r>
          </w:p>
          <w:p w14:paraId="54361575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stosuje różne techniki i narzędzia plastyczne,</w:t>
            </w:r>
          </w:p>
          <w:p w14:paraId="39E211BB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wykorzystuje w swojej pracy wiedzę na temat właściwości</w:t>
            </w:r>
          </w:p>
          <w:p w14:paraId="30CEFFD0" w14:textId="77777777" w:rsidR="00F134D3" w:rsidRDefault="00000000">
            <w:proofErr w:type="spellStart"/>
            <w:r>
              <w:rPr>
                <w:sz w:val="17"/>
              </w:rPr>
              <w:t>materiałów</w:t>
            </w:r>
            <w:proofErr w:type="spellEnd"/>
            <w:r>
              <w:rPr>
                <w:sz w:val="17"/>
              </w:rPr>
              <w:t>,</w:t>
            </w:r>
          </w:p>
          <w:p w14:paraId="10388FFA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dba o estetyczne i staranne wykonanie pracy.</w:t>
            </w:r>
          </w:p>
        </w:tc>
      </w:tr>
      <w:tr w:rsidR="00F134D3" w14:paraId="4BDA343B" w14:textId="77777777">
        <w:trPr>
          <w:cantSplit/>
          <w:jc w:val="center"/>
        </w:trPr>
        <w:tc>
          <w:tcPr>
            <w:tcW w:w="1814" w:type="dxa"/>
          </w:tcPr>
          <w:p w14:paraId="20D2F864" w14:textId="77777777" w:rsidR="00F134D3" w:rsidRDefault="00000000">
            <w:r>
              <w:rPr>
                <w:b/>
                <w:sz w:val="17"/>
              </w:rPr>
              <w:t>27. i 28.</w:t>
            </w:r>
          </w:p>
          <w:p w14:paraId="588FDB82" w14:textId="77777777" w:rsidR="00F134D3" w:rsidRDefault="00000000">
            <w:r>
              <w:rPr>
                <w:sz w:val="17"/>
              </w:rPr>
              <w:t>Kompozycja</w:t>
            </w:r>
          </w:p>
          <w:p w14:paraId="21E4F97F" w14:textId="77777777" w:rsidR="00F134D3" w:rsidRDefault="00000000">
            <w:r>
              <w:rPr>
                <w:sz w:val="17"/>
              </w:rPr>
              <w:t>rytmiczna</w:t>
            </w:r>
          </w:p>
        </w:tc>
        <w:tc>
          <w:tcPr>
            <w:tcW w:w="4025" w:type="dxa"/>
          </w:tcPr>
          <w:p w14:paraId="68444CDC" w14:textId="77777777" w:rsidR="00F134D3" w:rsidRDefault="00000000">
            <w:pPr>
              <w:pStyle w:val="Listapunktowana"/>
            </w:pPr>
            <w:r>
              <w:rPr>
                <w:sz w:val="17"/>
              </w:rPr>
              <w:t>wskazuje układy rytmiczne w najbliższym</w:t>
            </w:r>
          </w:p>
          <w:p w14:paraId="1F4577F4" w14:textId="77777777" w:rsidR="00F134D3" w:rsidRDefault="00000000">
            <w:r>
              <w:rPr>
                <w:sz w:val="17"/>
              </w:rPr>
              <w:t>otoczeniu,</w:t>
            </w:r>
          </w:p>
          <w:p w14:paraId="471791EC" w14:textId="77777777" w:rsidR="00F134D3" w:rsidRDefault="00000000">
            <w:pPr>
              <w:pStyle w:val="Listapunktowana"/>
            </w:pPr>
            <w:r>
              <w:rPr>
                <w:sz w:val="17"/>
              </w:rPr>
              <w:t>rozpoznaje kompozycję rytmiczną w dziele</w:t>
            </w:r>
          </w:p>
          <w:p w14:paraId="6E45F31B" w14:textId="77777777" w:rsidR="00F134D3" w:rsidRDefault="00000000">
            <w:r>
              <w:rPr>
                <w:sz w:val="17"/>
              </w:rPr>
              <w:t>sztuki,</w:t>
            </w:r>
          </w:p>
          <w:p w14:paraId="0C8C53FD" w14:textId="77777777" w:rsidR="00F134D3" w:rsidRDefault="00000000">
            <w:pPr>
              <w:pStyle w:val="Listapunktowana"/>
            </w:pPr>
            <w:r>
              <w:rPr>
                <w:sz w:val="17"/>
              </w:rPr>
              <w:t>wyjaśnia, czym się charakteryzuje kompozycja</w:t>
            </w:r>
          </w:p>
          <w:p w14:paraId="7E7ECA14" w14:textId="77777777" w:rsidR="00F134D3" w:rsidRDefault="00000000">
            <w:r>
              <w:rPr>
                <w:sz w:val="17"/>
              </w:rPr>
              <w:t>rytmiczna,</w:t>
            </w:r>
          </w:p>
          <w:p w14:paraId="611B51CE" w14:textId="77777777" w:rsidR="00F134D3" w:rsidRDefault="00000000">
            <w:pPr>
              <w:pStyle w:val="Listapunktowana"/>
            </w:pPr>
            <w:r>
              <w:rPr>
                <w:sz w:val="17"/>
              </w:rPr>
              <w:t>tworzy na płaszczyźnie układy z</w:t>
            </w:r>
          </w:p>
          <w:p w14:paraId="701E4571" w14:textId="77777777" w:rsidR="00F134D3" w:rsidRDefault="00000000">
            <w:r>
              <w:rPr>
                <w:sz w:val="17"/>
              </w:rPr>
              <w:t>zastosowaniem kompozycji rytmicznej,</w:t>
            </w:r>
          </w:p>
          <w:p w14:paraId="545AF8AF" w14:textId="77777777" w:rsidR="00F134D3" w:rsidRDefault="00000000">
            <w:r>
              <w:rPr>
                <w:sz w:val="17"/>
              </w:rPr>
              <w:t>korzystając ze wskazówek zawartych w</w:t>
            </w:r>
          </w:p>
          <w:p w14:paraId="41033C7F" w14:textId="77777777" w:rsidR="00F134D3" w:rsidRDefault="00000000">
            <w:r>
              <w:rPr>
                <w:sz w:val="17"/>
              </w:rPr>
              <w:t>podręczniku.</w:t>
            </w:r>
          </w:p>
        </w:tc>
        <w:tc>
          <w:tcPr>
            <w:tcW w:w="4025" w:type="dxa"/>
          </w:tcPr>
          <w:p w14:paraId="3434B5B2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omawia wybraną reprodukcję obrazu pod kątem</w:t>
            </w:r>
          </w:p>
          <w:p w14:paraId="652B342B" w14:textId="77777777" w:rsidR="00F134D3" w:rsidRDefault="00000000">
            <w:proofErr w:type="spellStart"/>
            <w:r>
              <w:rPr>
                <w:sz w:val="17"/>
              </w:rPr>
              <w:t>zastosowanej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kompozycji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rytmicznej</w:t>
            </w:r>
            <w:proofErr w:type="spellEnd"/>
            <w:r>
              <w:rPr>
                <w:sz w:val="17"/>
              </w:rPr>
              <w:t>,</w:t>
            </w:r>
          </w:p>
          <w:p w14:paraId="457D52E7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wskazuje przykłady kompozycji rytmicznej w wybranych</w:t>
            </w:r>
          </w:p>
          <w:p w14:paraId="73E2365D" w14:textId="77777777" w:rsidR="00F134D3" w:rsidRDefault="00000000">
            <w:proofErr w:type="spellStart"/>
            <w:r>
              <w:rPr>
                <w:sz w:val="17"/>
              </w:rPr>
              <w:t>dziełach</w:t>
            </w:r>
            <w:proofErr w:type="spellEnd"/>
            <w:r>
              <w:rPr>
                <w:sz w:val="17"/>
              </w:rPr>
              <w:t>,</w:t>
            </w:r>
          </w:p>
          <w:p w14:paraId="484C94CE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wyjaśnia, jakie zjawiska można przedstawić na</w:t>
            </w:r>
          </w:p>
          <w:p w14:paraId="3CF588F7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płaszczyźnie z zastosowaniem kompozycji rytmicznej,</w:t>
            </w:r>
          </w:p>
          <w:p w14:paraId="32943550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tworzy z wyobraźni pracę plastyczną, twórczo interpretując</w:t>
            </w:r>
          </w:p>
          <w:p w14:paraId="7ACDFFC5" w14:textId="77777777" w:rsidR="00F134D3" w:rsidRDefault="00000000">
            <w:proofErr w:type="spellStart"/>
            <w:r>
              <w:rPr>
                <w:sz w:val="17"/>
              </w:rPr>
              <w:t>zadanie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F134D3" w14:paraId="3553ECF9" w14:textId="77777777">
        <w:trPr>
          <w:cantSplit/>
          <w:jc w:val="center"/>
        </w:trPr>
        <w:tc>
          <w:tcPr>
            <w:tcW w:w="1814" w:type="dxa"/>
          </w:tcPr>
          <w:p w14:paraId="0D12AB74" w14:textId="77777777" w:rsidR="00F134D3" w:rsidRDefault="00000000">
            <w:r>
              <w:rPr>
                <w:b/>
                <w:sz w:val="17"/>
              </w:rPr>
              <w:t>29.</w:t>
            </w:r>
          </w:p>
          <w:p w14:paraId="204849D3" w14:textId="77777777" w:rsidR="00F134D3" w:rsidRDefault="00000000">
            <w:r>
              <w:rPr>
                <w:sz w:val="17"/>
              </w:rPr>
              <w:t>Układy form w</w:t>
            </w:r>
          </w:p>
          <w:p w14:paraId="1044DE79" w14:textId="77777777" w:rsidR="00F134D3" w:rsidRDefault="00000000">
            <w:r>
              <w:rPr>
                <w:sz w:val="17"/>
              </w:rPr>
              <w:t>naturze</w:t>
            </w:r>
          </w:p>
        </w:tc>
        <w:tc>
          <w:tcPr>
            <w:tcW w:w="4025" w:type="dxa"/>
          </w:tcPr>
          <w:p w14:paraId="3D1791FD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podaje przykłady różnych układów form w</w:t>
            </w:r>
          </w:p>
          <w:p w14:paraId="4C485C12" w14:textId="77777777" w:rsidR="00F134D3" w:rsidRDefault="00000000">
            <w:proofErr w:type="spellStart"/>
            <w:r>
              <w:rPr>
                <w:sz w:val="17"/>
              </w:rPr>
              <w:t>naturze</w:t>
            </w:r>
            <w:proofErr w:type="spellEnd"/>
            <w:r>
              <w:rPr>
                <w:sz w:val="17"/>
              </w:rPr>
              <w:t>,</w:t>
            </w:r>
          </w:p>
          <w:p w14:paraId="0F00EB1E" w14:textId="77777777" w:rsidR="00F134D3" w:rsidRDefault="00000000">
            <w:pPr>
              <w:pStyle w:val="Listapunktowana"/>
            </w:pPr>
            <w:r>
              <w:rPr>
                <w:sz w:val="17"/>
              </w:rPr>
              <w:t>wykonuje pracę plastyczną inspirowaną</w:t>
            </w:r>
          </w:p>
          <w:p w14:paraId="3148A9CD" w14:textId="77777777" w:rsidR="00F134D3" w:rsidRDefault="00000000">
            <w:r>
              <w:rPr>
                <w:sz w:val="17"/>
              </w:rPr>
              <w:t>formami naturalnymi.</w:t>
            </w:r>
          </w:p>
        </w:tc>
        <w:tc>
          <w:tcPr>
            <w:tcW w:w="4025" w:type="dxa"/>
          </w:tcPr>
          <w:p w14:paraId="4BA6F763" w14:textId="77777777" w:rsidR="00F134D3" w:rsidRDefault="00000000">
            <w:pPr>
              <w:pStyle w:val="Listapunktowana"/>
            </w:pPr>
            <w:r>
              <w:rPr>
                <w:sz w:val="17"/>
              </w:rPr>
              <w:t>wskazuje podobieństwa między różnymi kompozycjami</w:t>
            </w:r>
          </w:p>
          <w:p w14:paraId="5F6D699A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dzieł sztuki a układami form naturalnych,</w:t>
            </w:r>
          </w:p>
          <w:p w14:paraId="03793495" w14:textId="77777777" w:rsidR="00F134D3" w:rsidRDefault="00000000">
            <w:pPr>
              <w:pStyle w:val="Listapunktowana"/>
            </w:pPr>
            <w:proofErr w:type="spellStart"/>
            <w:r>
              <w:rPr>
                <w:sz w:val="17"/>
              </w:rPr>
              <w:t>wykonuje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dokumentację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fotograficzną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filmową</w:t>
            </w:r>
            <w:proofErr w:type="spellEnd"/>
            <w:r>
              <w:rPr>
                <w:sz w:val="17"/>
              </w:rPr>
              <w:t xml:space="preserve"> lub</w:t>
            </w:r>
          </w:p>
          <w:p w14:paraId="5BE2E05D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rysunkową układów widocznych w formach naturalnych i</w:t>
            </w:r>
          </w:p>
          <w:p w14:paraId="29C63E62" w14:textId="77777777" w:rsidR="00F134D3" w:rsidRDefault="00000000">
            <w:proofErr w:type="spellStart"/>
            <w:r>
              <w:rPr>
                <w:sz w:val="17"/>
              </w:rPr>
              <w:t>sztucznych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F134D3" w:rsidRPr="00107787" w14:paraId="6EE170EB" w14:textId="77777777">
        <w:trPr>
          <w:cantSplit/>
          <w:jc w:val="center"/>
        </w:trPr>
        <w:tc>
          <w:tcPr>
            <w:tcW w:w="1814" w:type="dxa"/>
          </w:tcPr>
          <w:p w14:paraId="6FB6EF36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b/>
                <w:sz w:val="17"/>
                <w:lang w:val="pl-PL"/>
              </w:rPr>
              <w:t>30.</w:t>
            </w:r>
          </w:p>
          <w:p w14:paraId="5803D3E4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Tworzę przez</w:t>
            </w:r>
          </w:p>
          <w:p w14:paraId="25E4B39D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cały rok –</w:t>
            </w:r>
          </w:p>
          <w:p w14:paraId="51CB4315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Dekoracja na</w:t>
            </w:r>
          </w:p>
          <w:p w14:paraId="7DD96D8B" w14:textId="77777777" w:rsidR="00F134D3" w:rsidRDefault="00000000">
            <w:proofErr w:type="spellStart"/>
            <w:r>
              <w:rPr>
                <w:sz w:val="17"/>
              </w:rPr>
              <w:t>Dzień</w:t>
            </w:r>
            <w:proofErr w:type="spellEnd"/>
            <w:r>
              <w:rPr>
                <w:sz w:val="17"/>
              </w:rPr>
              <w:t xml:space="preserve"> Ziemi</w:t>
            </w:r>
          </w:p>
        </w:tc>
        <w:tc>
          <w:tcPr>
            <w:tcW w:w="4025" w:type="dxa"/>
          </w:tcPr>
          <w:p w14:paraId="194C6370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planuje kolejne etapy swojej pracy,</w:t>
            </w:r>
          </w:p>
          <w:p w14:paraId="228F6F92" w14:textId="77777777" w:rsidR="00F134D3" w:rsidRDefault="00000000">
            <w:pPr>
              <w:pStyle w:val="Listapunktowana"/>
            </w:pPr>
            <w:proofErr w:type="spellStart"/>
            <w:r>
              <w:rPr>
                <w:sz w:val="17"/>
              </w:rPr>
              <w:t>wykonuje</w:t>
            </w:r>
            <w:proofErr w:type="spellEnd"/>
            <w:r>
              <w:rPr>
                <w:sz w:val="17"/>
              </w:rPr>
              <w:t xml:space="preserve"> element </w:t>
            </w:r>
            <w:proofErr w:type="spellStart"/>
            <w:r>
              <w:rPr>
                <w:sz w:val="17"/>
              </w:rPr>
              <w:t>dekoracyjny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korzystając</w:t>
            </w:r>
            <w:proofErr w:type="spellEnd"/>
            <w:r>
              <w:rPr>
                <w:sz w:val="17"/>
              </w:rPr>
              <w:t xml:space="preserve"> z</w:t>
            </w:r>
          </w:p>
          <w:p w14:paraId="73B7EA22" w14:textId="77777777" w:rsidR="00F134D3" w:rsidRDefault="00000000">
            <w:r>
              <w:rPr>
                <w:sz w:val="17"/>
              </w:rPr>
              <w:t>podanych propozycji,</w:t>
            </w:r>
          </w:p>
          <w:p w14:paraId="719E2019" w14:textId="77777777" w:rsidR="00F134D3" w:rsidRDefault="00000000">
            <w:pPr>
              <w:pStyle w:val="Listapunktowana"/>
            </w:pPr>
            <w:r>
              <w:rPr>
                <w:sz w:val="17"/>
              </w:rPr>
              <w:t>stosuje w działaniach plastycznych określone</w:t>
            </w:r>
          </w:p>
          <w:p w14:paraId="5A4241C3" w14:textId="77777777" w:rsidR="00F134D3" w:rsidRDefault="00000000">
            <w:r>
              <w:rPr>
                <w:sz w:val="17"/>
              </w:rPr>
              <w:t>techniki i materiały.</w:t>
            </w:r>
          </w:p>
        </w:tc>
        <w:tc>
          <w:tcPr>
            <w:tcW w:w="4025" w:type="dxa"/>
          </w:tcPr>
          <w:p w14:paraId="3AE1B839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projektuje i tworzy dekorację według własnego pomysłu,</w:t>
            </w:r>
          </w:p>
          <w:p w14:paraId="00652925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twórczo wykorzystując możliwości wyrazu stwarzane przez</w:t>
            </w:r>
          </w:p>
          <w:p w14:paraId="43E81A07" w14:textId="77777777" w:rsidR="00F134D3" w:rsidRPr="00107787" w:rsidRDefault="00000000">
            <w:pPr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różnorodne linie, plamy, barwy i kształty,</w:t>
            </w:r>
          </w:p>
          <w:p w14:paraId="3A3B511E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stosuje różne techniki i narzędzia plastyczne,</w:t>
            </w:r>
          </w:p>
          <w:p w14:paraId="10A3B435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wykorzystuje w swojej pracy wiedzę na temat właściwości</w:t>
            </w:r>
          </w:p>
          <w:p w14:paraId="73451397" w14:textId="77777777" w:rsidR="00F134D3" w:rsidRDefault="00000000">
            <w:proofErr w:type="spellStart"/>
            <w:r>
              <w:rPr>
                <w:sz w:val="17"/>
              </w:rPr>
              <w:t>materiałów</w:t>
            </w:r>
            <w:proofErr w:type="spellEnd"/>
            <w:r>
              <w:rPr>
                <w:sz w:val="17"/>
              </w:rPr>
              <w:t>,</w:t>
            </w:r>
          </w:p>
          <w:p w14:paraId="3C0D8CDB" w14:textId="77777777" w:rsidR="00F134D3" w:rsidRPr="00107787" w:rsidRDefault="00000000">
            <w:pPr>
              <w:pStyle w:val="Listapunktowana"/>
              <w:rPr>
                <w:lang w:val="pl-PL"/>
              </w:rPr>
            </w:pPr>
            <w:r w:rsidRPr="00107787">
              <w:rPr>
                <w:sz w:val="17"/>
                <w:lang w:val="pl-PL"/>
              </w:rPr>
              <w:t>dba o estetyczne i staranne wykonanie pracy.</w:t>
            </w:r>
          </w:p>
        </w:tc>
      </w:tr>
    </w:tbl>
    <w:p w14:paraId="36065381" w14:textId="738CA137" w:rsidR="00F134D3" w:rsidRDefault="00F134D3">
      <w:pPr>
        <w:rPr>
          <w:lang w:val="pl-PL"/>
        </w:rPr>
      </w:pPr>
    </w:p>
    <w:p w14:paraId="453840F5" w14:textId="01190DCA" w:rsidR="00107787" w:rsidRPr="00107787" w:rsidRDefault="00107787">
      <w:pPr>
        <w:rPr>
          <w:lang w:val="pl-PL"/>
        </w:rPr>
      </w:pPr>
      <w:r>
        <w:rPr>
          <w:lang w:val="pl-PL"/>
        </w:rPr>
        <w:t>Magdalena Tylek</w:t>
      </w:r>
    </w:p>
    <w:sectPr w:rsidR="00107787" w:rsidRPr="00107787" w:rsidSect="00034616">
      <w:footerReference w:type="default" r:id="rId8"/>
      <w:pgSz w:w="12240" w:h="15840"/>
      <w:pgMar w:top="1020" w:right="964" w:bottom="102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C108A" w14:textId="77777777" w:rsidR="004C1308" w:rsidRDefault="004C1308">
      <w:pPr>
        <w:spacing w:after="0" w:line="240" w:lineRule="auto"/>
      </w:pPr>
      <w:r>
        <w:separator/>
      </w:r>
    </w:p>
  </w:endnote>
  <w:endnote w:type="continuationSeparator" w:id="0">
    <w:p w14:paraId="1B8406C2" w14:textId="77777777" w:rsidR="004C1308" w:rsidRDefault="004C1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F3ADA" w14:textId="77777777" w:rsidR="00F134D3" w:rsidRDefault="00000000">
    <w:pPr>
      <w:pStyle w:val="Stopka"/>
      <w:jc w:val="center"/>
    </w:pPr>
    <w:r>
      <w:t xml:space="preserve">Strona </w:t>
    </w:r>
    <w:r>
      <w:fldChar w:fldCharType="begin"/>
    </w:r>
    <w:r>
      <w:instrText>PAGE</w:instrText>
    </w:r>
    <w:r>
      <w:fldChar w:fldCharType="separate"/>
    </w:r>
    <w:r w:rsidR="0010778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B72EC" w14:textId="77777777" w:rsidR="004C1308" w:rsidRDefault="004C1308">
      <w:pPr>
        <w:spacing w:after="0" w:line="240" w:lineRule="auto"/>
      </w:pPr>
      <w:r>
        <w:separator/>
      </w:r>
    </w:p>
  </w:footnote>
  <w:footnote w:type="continuationSeparator" w:id="0">
    <w:p w14:paraId="084F32D8" w14:textId="77777777" w:rsidR="004C1308" w:rsidRDefault="004C13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8070477">
    <w:abstractNumId w:val="8"/>
  </w:num>
  <w:num w:numId="2" w16cid:durableId="98450646">
    <w:abstractNumId w:val="6"/>
  </w:num>
  <w:num w:numId="3" w16cid:durableId="360516366">
    <w:abstractNumId w:val="5"/>
  </w:num>
  <w:num w:numId="4" w16cid:durableId="404255616">
    <w:abstractNumId w:val="4"/>
  </w:num>
  <w:num w:numId="5" w16cid:durableId="783309563">
    <w:abstractNumId w:val="7"/>
  </w:num>
  <w:num w:numId="6" w16cid:durableId="1716805261">
    <w:abstractNumId w:val="3"/>
  </w:num>
  <w:num w:numId="7" w16cid:durableId="2018077345">
    <w:abstractNumId w:val="2"/>
  </w:num>
  <w:num w:numId="8" w16cid:durableId="516383008">
    <w:abstractNumId w:val="1"/>
  </w:num>
  <w:num w:numId="9" w16cid:durableId="557863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1571"/>
    <w:rsid w:val="00107787"/>
    <w:rsid w:val="0015074B"/>
    <w:rsid w:val="0029639D"/>
    <w:rsid w:val="00326F90"/>
    <w:rsid w:val="004C1308"/>
    <w:rsid w:val="006F09E6"/>
    <w:rsid w:val="00AA1D8D"/>
    <w:rsid w:val="00B47730"/>
    <w:rsid w:val="00CB0664"/>
    <w:rsid w:val="00F134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A0ED78"/>
  <w14:defaultImageDpi w14:val="300"/>
  <w15:docId w15:val="{6B79841D-6899-424C-9D73-ADDCAC341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2820</Words>
  <Characters>16920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19701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edukacyjne z plastyki - klasa 5</dc:title>
  <dc:subject>Wersja edytowalna na podstawie przesłanego PDF</dc:subject>
  <dc:creator>python-docx</dc:creator>
  <cp:keywords/>
  <dc:description>generated by python-docx</dc:description>
  <cp:lastModifiedBy>Krzysztof Tylek</cp:lastModifiedBy>
  <cp:revision>2</cp:revision>
  <dcterms:created xsi:type="dcterms:W3CDTF">2026-09-30T22:02:00Z</dcterms:created>
  <dcterms:modified xsi:type="dcterms:W3CDTF">2026-09-30T22:02:00Z</dcterms:modified>
  <cp:category/>
</cp:coreProperties>
</file>